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2EDF6" w14:textId="447AEDBD" w:rsidR="00621FFD" w:rsidRPr="00647A1C" w:rsidRDefault="00621FFD" w:rsidP="00503239">
      <w:pPr>
        <w:pStyle w:val="Heading1"/>
        <w:spacing w:before="0" w:line="240" w:lineRule="auto"/>
        <w:rPr>
          <w:rFonts w:ascii="Arial" w:hAnsi="Arial" w:cs="Arial"/>
          <w:color w:val="auto"/>
          <w:sz w:val="32"/>
          <w:szCs w:val="32"/>
        </w:rPr>
      </w:pPr>
      <w:r w:rsidRPr="00647A1C">
        <w:rPr>
          <w:rFonts w:ascii="Arial" w:hAnsi="Arial" w:cs="Arial"/>
          <w:color w:val="auto"/>
          <w:sz w:val="32"/>
          <w:szCs w:val="32"/>
        </w:rPr>
        <w:t>Aon.com Article Template</w:t>
      </w:r>
    </w:p>
    <w:p w14:paraId="09EDACE5" w14:textId="77777777" w:rsidR="00476863" w:rsidRPr="00647A1C" w:rsidRDefault="00476863" w:rsidP="00503239">
      <w:pPr>
        <w:pStyle w:val="Heading1"/>
        <w:spacing w:before="0" w:line="240" w:lineRule="auto"/>
        <w:rPr>
          <w:rFonts w:ascii="Arial" w:hAnsi="Arial" w:cs="Arial"/>
          <w:color w:val="auto"/>
          <w:sz w:val="22"/>
          <w:szCs w:val="22"/>
        </w:rPr>
      </w:pPr>
    </w:p>
    <w:p w14:paraId="5F09A15B" w14:textId="691F14E1" w:rsidR="00D5355F" w:rsidRPr="00647A1C" w:rsidRDefault="00604325" w:rsidP="00503239">
      <w:pPr>
        <w:pStyle w:val="Heading1"/>
        <w:spacing w:before="0" w:line="240" w:lineRule="auto"/>
        <w:rPr>
          <w:rFonts w:ascii="Arial" w:hAnsi="Arial" w:cs="Arial"/>
          <w:color w:val="auto"/>
          <w:sz w:val="22"/>
          <w:szCs w:val="22"/>
        </w:rPr>
      </w:pPr>
      <w:r w:rsidRPr="00647A1C">
        <w:rPr>
          <w:rFonts w:ascii="Arial" w:hAnsi="Arial" w:cs="Arial"/>
          <w:color w:val="auto"/>
          <w:sz w:val="22"/>
          <w:szCs w:val="22"/>
        </w:rPr>
        <w:t>[</w:t>
      </w:r>
      <w:r w:rsidR="00000000" w:rsidRPr="00647A1C">
        <w:rPr>
          <w:rFonts w:ascii="Arial" w:hAnsi="Arial" w:cs="Arial"/>
          <w:color w:val="auto"/>
          <w:sz w:val="22"/>
          <w:szCs w:val="22"/>
        </w:rPr>
        <w:t>Instructions</w:t>
      </w:r>
      <w:r w:rsidRPr="00647A1C">
        <w:rPr>
          <w:rFonts w:ascii="Arial" w:hAnsi="Arial" w:cs="Arial"/>
          <w:color w:val="auto"/>
          <w:sz w:val="22"/>
          <w:szCs w:val="22"/>
        </w:rPr>
        <w:t>]</w:t>
      </w:r>
    </w:p>
    <w:p w14:paraId="4CE0A5F6" w14:textId="6B34382D" w:rsidR="00BE2295" w:rsidRPr="00647A1C" w:rsidRDefault="00BE2295" w:rsidP="00503239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</w:rPr>
      </w:pPr>
      <w:r w:rsidRPr="00647A1C">
        <w:rPr>
          <w:rFonts w:ascii="Arial" w:hAnsi="Arial" w:cs="Arial"/>
        </w:rPr>
        <w:t xml:space="preserve">Use this template as provided and </w:t>
      </w:r>
      <w:r w:rsidRPr="00647A1C">
        <w:rPr>
          <w:rFonts w:ascii="Arial" w:hAnsi="Arial" w:cs="Arial"/>
          <w:b/>
          <w:bCs/>
        </w:rPr>
        <w:t xml:space="preserve">keep all </w:t>
      </w:r>
      <w:r w:rsidRPr="00647A1C">
        <w:rPr>
          <w:rFonts w:ascii="Arial" w:hAnsi="Arial" w:cs="Arial"/>
          <w:b/>
          <w:bCs/>
          <w:highlight w:val="yellow"/>
        </w:rPr>
        <w:t xml:space="preserve">highlighted </w:t>
      </w:r>
      <w:r w:rsidR="00C83029" w:rsidRPr="00647A1C">
        <w:rPr>
          <w:rFonts w:ascii="Arial" w:hAnsi="Arial" w:cs="Arial"/>
          <w:b/>
          <w:bCs/>
          <w:highlight w:val="yellow"/>
        </w:rPr>
        <w:t xml:space="preserve">template </w:t>
      </w:r>
      <w:r w:rsidRPr="00647A1C">
        <w:rPr>
          <w:rFonts w:ascii="Arial" w:hAnsi="Arial" w:cs="Arial"/>
          <w:b/>
          <w:bCs/>
          <w:highlight w:val="yellow"/>
        </w:rPr>
        <w:t>text</w:t>
      </w:r>
      <w:r w:rsidRPr="00647A1C">
        <w:rPr>
          <w:rFonts w:ascii="Arial" w:hAnsi="Arial" w:cs="Arial"/>
          <w:b/>
          <w:bCs/>
        </w:rPr>
        <w:t xml:space="preserve"> in place</w:t>
      </w:r>
      <w:r w:rsidRPr="00647A1C">
        <w:rPr>
          <w:rFonts w:ascii="Arial" w:hAnsi="Arial" w:cs="Arial"/>
        </w:rPr>
        <w:t xml:space="preserve">. </w:t>
      </w:r>
      <w:r w:rsidRPr="00647A1C">
        <w:rPr>
          <w:rFonts w:ascii="Arial" w:hAnsi="Arial" w:cs="Arial"/>
          <w:b/>
          <w:bCs/>
        </w:rPr>
        <w:t>Fields marked with an asterisk (*) are required.</w:t>
      </w:r>
    </w:p>
    <w:p w14:paraId="614B99D1" w14:textId="77777777" w:rsidR="00BE2295" w:rsidRPr="00647A1C" w:rsidRDefault="00BE2295" w:rsidP="00503239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</w:rPr>
      </w:pPr>
      <w:r w:rsidRPr="00647A1C">
        <w:rPr>
          <w:rFonts w:ascii="Arial" w:hAnsi="Arial" w:cs="Arial"/>
        </w:rPr>
        <w:t>Use the heading markers #, ##, and ### to show content hierarchy:</w:t>
      </w:r>
    </w:p>
    <w:p w14:paraId="6926547A" w14:textId="2BACB851" w:rsidR="00BE2295" w:rsidRPr="00647A1C" w:rsidRDefault="00BE2295" w:rsidP="00503239">
      <w:pPr>
        <w:pStyle w:val="ListParagraph"/>
        <w:numPr>
          <w:ilvl w:val="1"/>
          <w:numId w:val="10"/>
        </w:numPr>
        <w:spacing w:line="240" w:lineRule="auto"/>
        <w:rPr>
          <w:rFonts w:ascii="Arial" w:hAnsi="Arial" w:cs="Arial"/>
        </w:rPr>
      </w:pPr>
      <w:r w:rsidRPr="00647A1C">
        <w:rPr>
          <w:rFonts w:ascii="Arial" w:hAnsi="Arial" w:cs="Arial"/>
        </w:rPr>
        <w:t># is for main section headings (e.g., “Context”, “Key Insights”, “Recommendations”).</w:t>
      </w:r>
    </w:p>
    <w:p w14:paraId="7E83C5B3" w14:textId="1C27C24F" w:rsidR="00BE2295" w:rsidRDefault="00BE2295" w:rsidP="00503239">
      <w:pPr>
        <w:pStyle w:val="ListParagraph"/>
        <w:numPr>
          <w:ilvl w:val="1"/>
          <w:numId w:val="10"/>
        </w:numPr>
        <w:spacing w:line="240" w:lineRule="auto"/>
        <w:rPr>
          <w:rFonts w:ascii="Arial" w:hAnsi="Arial" w:cs="Arial"/>
        </w:rPr>
      </w:pPr>
      <w:r w:rsidRPr="00647A1C">
        <w:rPr>
          <w:rFonts w:ascii="Arial" w:hAnsi="Arial" w:cs="Arial"/>
        </w:rPr>
        <w:t>## is for subheadings within a section (e.g., “Insight A”, “Insight B”).</w:t>
      </w:r>
    </w:p>
    <w:p w14:paraId="06CE2FA1" w14:textId="1FBF6DFB" w:rsidR="00D61CA2" w:rsidRPr="00647A1C" w:rsidRDefault="00D61CA2" w:rsidP="00503239">
      <w:pPr>
        <w:pStyle w:val="ListParagraph"/>
        <w:numPr>
          <w:ilvl w:val="1"/>
          <w:numId w:val="10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### is for </w:t>
      </w:r>
      <w:r w:rsidR="00A32795">
        <w:rPr>
          <w:rFonts w:ascii="Arial" w:hAnsi="Arial" w:cs="Arial"/>
        </w:rPr>
        <w:t xml:space="preserve">any deeper </w:t>
      </w:r>
      <w:r>
        <w:rPr>
          <w:rFonts w:ascii="Arial" w:hAnsi="Arial" w:cs="Arial"/>
        </w:rPr>
        <w:t>sub-subheading</w:t>
      </w:r>
      <w:r w:rsidR="00A32795">
        <w:rPr>
          <w:rFonts w:ascii="Arial" w:hAnsi="Arial" w:cs="Arial"/>
        </w:rPr>
        <w:t>s.</w:t>
      </w:r>
    </w:p>
    <w:p w14:paraId="20446E1F" w14:textId="77777777" w:rsidR="00BE2295" w:rsidRPr="00647A1C" w:rsidRDefault="00BE2295" w:rsidP="00503239">
      <w:pPr>
        <w:pStyle w:val="ListParagraph"/>
        <w:numPr>
          <w:ilvl w:val="1"/>
          <w:numId w:val="10"/>
        </w:numPr>
        <w:spacing w:line="240" w:lineRule="auto"/>
        <w:rPr>
          <w:rFonts w:ascii="Arial" w:hAnsi="Arial" w:cs="Arial"/>
        </w:rPr>
      </w:pPr>
      <w:r w:rsidRPr="00647A1C">
        <w:rPr>
          <w:rFonts w:ascii="Arial" w:hAnsi="Arial" w:cs="Arial"/>
        </w:rPr>
        <w:t>Do not delete the # symbols; instead, replace the placeholder text on the same line with your own heading or subheading. Write your paragraph content on the lines immediately below the relevant heading.</w:t>
      </w:r>
    </w:p>
    <w:p w14:paraId="7C416C1B" w14:textId="77777777" w:rsidR="00BE2295" w:rsidRPr="00647A1C" w:rsidRDefault="00BE2295" w:rsidP="00503239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</w:rPr>
      </w:pPr>
      <w:r w:rsidRPr="00647A1C">
        <w:rPr>
          <w:rFonts w:ascii="Arial" w:hAnsi="Arial" w:cs="Arial"/>
        </w:rPr>
        <w:t xml:space="preserve">Once your draft is complete, run your article through the required AI prompts before </w:t>
      </w:r>
      <w:proofErr w:type="gramStart"/>
      <w:r w:rsidRPr="00647A1C">
        <w:rPr>
          <w:rFonts w:ascii="Arial" w:hAnsi="Arial" w:cs="Arial"/>
        </w:rPr>
        <w:t>submitting</w:t>
      </w:r>
      <w:proofErr w:type="gramEnd"/>
      <w:r w:rsidRPr="00647A1C">
        <w:rPr>
          <w:rFonts w:ascii="Arial" w:hAnsi="Arial" w:cs="Arial"/>
        </w:rPr>
        <w:t>.</w:t>
      </w:r>
    </w:p>
    <w:p w14:paraId="0F8013AD" w14:textId="644B9878" w:rsidR="00D5355F" w:rsidRPr="00647A1C" w:rsidRDefault="00BE2295" w:rsidP="00503239">
      <w:pPr>
        <w:pStyle w:val="ListParagraph"/>
        <w:numPr>
          <w:ilvl w:val="0"/>
          <w:numId w:val="10"/>
        </w:numPr>
        <w:spacing w:line="240" w:lineRule="auto"/>
        <w:rPr>
          <w:rFonts w:ascii="Arial" w:hAnsi="Arial" w:cs="Arial"/>
        </w:rPr>
      </w:pPr>
      <w:r w:rsidRPr="00647A1C">
        <w:rPr>
          <w:rFonts w:ascii="Arial" w:hAnsi="Arial" w:cs="Arial"/>
        </w:rPr>
        <w:t>Be sure to copy taxonomy values from the official tagging reference document.</w:t>
      </w:r>
      <w:r w:rsidR="00F13037" w:rsidRPr="00647A1C">
        <w:rPr>
          <w:rFonts w:ascii="Arial" w:hAnsi="Arial" w:cs="Arial"/>
        </w:rPr>
        <w:br/>
      </w:r>
    </w:p>
    <w:p w14:paraId="3F7F91BD" w14:textId="584B7793" w:rsidR="00D5355F" w:rsidRPr="00647A1C" w:rsidRDefault="00000000" w:rsidP="00C67F72">
      <w:pPr>
        <w:rPr>
          <w:rFonts w:ascii="Arial" w:hAnsi="Arial" w:cs="Arial"/>
          <w:b/>
          <w:bCs/>
          <w:sz w:val="28"/>
          <w:szCs w:val="28"/>
        </w:rPr>
      </w:pPr>
      <w:r w:rsidRPr="00647A1C">
        <w:rPr>
          <w:rFonts w:ascii="Arial" w:hAnsi="Arial" w:cs="Arial"/>
          <w:b/>
          <w:bCs/>
          <w:sz w:val="28"/>
          <w:szCs w:val="28"/>
        </w:rPr>
        <w:t xml:space="preserve">1. Metadata </w:t>
      </w:r>
      <w:r w:rsidR="006A2306" w:rsidRPr="00647A1C">
        <w:rPr>
          <w:rFonts w:ascii="Arial" w:hAnsi="Arial" w:cs="Arial"/>
          <w:b/>
          <w:bCs/>
          <w:sz w:val="28"/>
          <w:szCs w:val="28"/>
        </w:rPr>
        <w:t>and</w:t>
      </w:r>
      <w:r w:rsidRPr="00647A1C">
        <w:rPr>
          <w:rFonts w:ascii="Arial" w:hAnsi="Arial" w:cs="Arial"/>
          <w:b/>
          <w:bCs/>
          <w:sz w:val="28"/>
          <w:szCs w:val="28"/>
        </w:rPr>
        <w:t xml:space="preserve"> SEO</w:t>
      </w:r>
    </w:p>
    <w:p w14:paraId="37EFEE02" w14:textId="54BA3902" w:rsidR="00901F63" w:rsidRPr="00647A1C" w:rsidRDefault="00901F63" w:rsidP="00503239">
      <w:pPr>
        <w:spacing w:line="240" w:lineRule="auto"/>
        <w:rPr>
          <w:rFonts w:ascii="Arial" w:hAnsi="Arial" w:cs="Arial"/>
        </w:rPr>
      </w:pPr>
      <w:r w:rsidRPr="00647A1C">
        <w:rPr>
          <w:rFonts w:ascii="Arial" w:hAnsi="Arial" w:cs="Arial"/>
          <w:b/>
          <w:bCs/>
          <w:highlight w:val="yellow"/>
        </w:rPr>
        <w:t>Meta title*</w:t>
      </w:r>
      <w:r w:rsidRPr="00647A1C">
        <w:rPr>
          <w:rFonts w:ascii="Arial" w:hAnsi="Arial" w:cs="Arial"/>
        </w:rPr>
        <w:t xml:space="preserve"> (Max 60 characters</w:t>
      </w:r>
      <w:r w:rsidR="00B751F8" w:rsidRPr="00647A1C">
        <w:rPr>
          <w:rFonts w:ascii="Arial" w:hAnsi="Arial" w:cs="Arial"/>
        </w:rPr>
        <w:t>, including spaces</w:t>
      </w:r>
      <w:r w:rsidRPr="00647A1C">
        <w:rPr>
          <w:rFonts w:ascii="Arial" w:hAnsi="Arial" w:cs="Arial"/>
        </w:rPr>
        <w:t xml:space="preserve">) </w:t>
      </w:r>
      <w:r w:rsidRPr="00647A1C">
        <w:rPr>
          <w:rFonts w:ascii="Arial" w:hAnsi="Arial" w:cs="Arial"/>
          <w:highlight w:val="yellow"/>
        </w:rPr>
        <w:br/>
      </w:r>
      <w:r w:rsidRPr="00647A1C">
        <w:rPr>
          <w:rFonts w:ascii="Arial" w:hAnsi="Arial" w:cs="Arial"/>
          <w:highlight w:val="yellow"/>
        </w:rPr>
        <w:t>[</w:t>
      </w:r>
      <w:proofErr w:type="spellStart"/>
      <w:r w:rsidRPr="00647A1C">
        <w:rPr>
          <w:rFonts w:ascii="Arial" w:hAnsi="Arial" w:cs="Arial"/>
          <w:highlight w:val="yellow"/>
        </w:rPr>
        <w:t>meta_title</w:t>
      </w:r>
      <w:proofErr w:type="spellEnd"/>
      <w:r w:rsidRPr="00647A1C">
        <w:rPr>
          <w:rFonts w:ascii="Arial" w:hAnsi="Arial" w:cs="Arial"/>
          <w:highlight w:val="yellow"/>
        </w:rPr>
        <w:t>]</w:t>
      </w:r>
      <w:r w:rsidRPr="00647A1C">
        <w:rPr>
          <w:rFonts w:ascii="Arial" w:hAnsi="Arial" w:cs="Arial"/>
        </w:rPr>
        <w:t xml:space="preserve"> </w:t>
      </w:r>
    </w:p>
    <w:p w14:paraId="016626B5" w14:textId="06259D2D" w:rsidR="00901F63" w:rsidRPr="00647A1C" w:rsidRDefault="00CE3558" w:rsidP="00503239">
      <w:pPr>
        <w:spacing w:line="240" w:lineRule="auto"/>
        <w:rPr>
          <w:rFonts w:ascii="Arial" w:hAnsi="Arial" w:cs="Arial"/>
        </w:rPr>
      </w:pPr>
      <w:r w:rsidRPr="00647A1C">
        <w:rPr>
          <w:rFonts w:ascii="Arial" w:hAnsi="Arial" w:cs="Arial"/>
        </w:rPr>
        <w:t xml:space="preserve">Enter your </w:t>
      </w:r>
      <w:r w:rsidR="009342E4" w:rsidRPr="00647A1C">
        <w:rPr>
          <w:rFonts w:ascii="Arial" w:hAnsi="Arial" w:cs="Arial"/>
        </w:rPr>
        <w:t xml:space="preserve">meta title </w:t>
      </w:r>
      <w:r w:rsidR="00901F63" w:rsidRPr="00647A1C">
        <w:rPr>
          <w:rFonts w:ascii="Arial" w:hAnsi="Arial" w:cs="Arial"/>
        </w:rPr>
        <w:t xml:space="preserve">here </w:t>
      </w:r>
    </w:p>
    <w:p w14:paraId="43982CD7" w14:textId="26088AF3" w:rsidR="00901F63" w:rsidRPr="00647A1C" w:rsidRDefault="00901F63" w:rsidP="00503239">
      <w:pPr>
        <w:spacing w:line="240" w:lineRule="auto"/>
        <w:rPr>
          <w:rFonts w:ascii="Arial" w:hAnsi="Arial" w:cs="Arial"/>
        </w:rPr>
      </w:pPr>
      <w:r w:rsidRPr="00647A1C">
        <w:rPr>
          <w:rFonts w:ascii="Arial" w:hAnsi="Arial" w:cs="Arial"/>
          <w:b/>
          <w:bCs/>
          <w:highlight w:val="yellow"/>
        </w:rPr>
        <w:t>Meta description*</w:t>
      </w:r>
      <w:r w:rsidRPr="00647A1C">
        <w:rPr>
          <w:rFonts w:ascii="Arial" w:hAnsi="Arial" w:cs="Arial"/>
        </w:rPr>
        <w:t xml:space="preserve"> (Max 160 characters</w:t>
      </w:r>
      <w:r w:rsidR="00E70425" w:rsidRPr="00647A1C">
        <w:rPr>
          <w:rFonts w:ascii="Arial" w:hAnsi="Arial" w:cs="Arial"/>
        </w:rPr>
        <w:t>, incl</w:t>
      </w:r>
      <w:r w:rsidR="009D0694" w:rsidRPr="00647A1C">
        <w:rPr>
          <w:rFonts w:ascii="Arial" w:hAnsi="Arial" w:cs="Arial"/>
        </w:rPr>
        <w:t>uding spaces</w:t>
      </w:r>
      <w:r w:rsidRPr="00647A1C">
        <w:rPr>
          <w:rFonts w:ascii="Arial" w:hAnsi="Arial" w:cs="Arial"/>
        </w:rPr>
        <w:t xml:space="preserve">) </w:t>
      </w:r>
      <w:r w:rsidRPr="00647A1C">
        <w:rPr>
          <w:rFonts w:ascii="Arial" w:hAnsi="Arial" w:cs="Arial"/>
          <w:highlight w:val="yellow"/>
        </w:rPr>
        <w:br/>
      </w:r>
      <w:r w:rsidRPr="00647A1C">
        <w:rPr>
          <w:rFonts w:ascii="Arial" w:hAnsi="Arial" w:cs="Arial"/>
          <w:highlight w:val="yellow"/>
        </w:rPr>
        <w:t>[</w:t>
      </w:r>
      <w:proofErr w:type="spellStart"/>
      <w:r w:rsidRPr="00647A1C">
        <w:rPr>
          <w:rFonts w:ascii="Arial" w:hAnsi="Arial" w:cs="Arial"/>
          <w:highlight w:val="yellow"/>
        </w:rPr>
        <w:t>meta_description</w:t>
      </w:r>
      <w:proofErr w:type="spellEnd"/>
      <w:r w:rsidRPr="00647A1C">
        <w:rPr>
          <w:rFonts w:ascii="Arial" w:hAnsi="Arial" w:cs="Arial"/>
          <w:highlight w:val="yellow"/>
        </w:rPr>
        <w:t>]</w:t>
      </w:r>
      <w:r w:rsidRPr="00647A1C">
        <w:rPr>
          <w:rFonts w:ascii="Arial" w:hAnsi="Arial" w:cs="Arial"/>
        </w:rPr>
        <w:t xml:space="preserve"> </w:t>
      </w:r>
    </w:p>
    <w:p w14:paraId="6BEFB8DB" w14:textId="525DEECE" w:rsidR="00901F63" w:rsidRPr="00647A1C" w:rsidRDefault="0000303E" w:rsidP="00503239">
      <w:pPr>
        <w:spacing w:line="240" w:lineRule="auto"/>
        <w:rPr>
          <w:rFonts w:ascii="Arial" w:hAnsi="Arial" w:cs="Arial"/>
        </w:rPr>
      </w:pPr>
      <w:r w:rsidRPr="00647A1C">
        <w:rPr>
          <w:rFonts w:ascii="Arial" w:hAnsi="Arial" w:cs="Arial"/>
        </w:rPr>
        <w:t xml:space="preserve">Enter your </w:t>
      </w:r>
      <w:r w:rsidR="009342E4" w:rsidRPr="00647A1C">
        <w:rPr>
          <w:rFonts w:ascii="Arial" w:hAnsi="Arial" w:cs="Arial"/>
        </w:rPr>
        <w:t xml:space="preserve">meta description </w:t>
      </w:r>
      <w:r w:rsidRPr="00647A1C">
        <w:rPr>
          <w:rFonts w:ascii="Arial" w:hAnsi="Arial" w:cs="Arial"/>
        </w:rPr>
        <w:t>here</w:t>
      </w:r>
      <w:r w:rsidR="00901F63" w:rsidRPr="00647A1C">
        <w:rPr>
          <w:rFonts w:ascii="Arial" w:hAnsi="Arial" w:cs="Arial"/>
        </w:rPr>
        <w:t xml:space="preserve"> </w:t>
      </w:r>
    </w:p>
    <w:p w14:paraId="56CD1A66" w14:textId="77777777" w:rsidR="00D10F86" w:rsidRPr="00647A1C" w:rsidRDefault="00901F63" w:rsidP="00503239">
      <w:pPr>
        <w:spacing w:line="240" w:lineRule="auto"/>
        <w:rPr>
          <w:rFonts w:ascii="Arial" w:hAnsi="Arial" w:cs="Arial"/>
        </w:rPr>
      </w:pPr>
      <w:r w:rsidRPr="00647A1C">
        <w:rPr>
          <w:rFonts w:ascii="Arial" w:hAnsi="Arial" w:cs="Arial"/>
          <w:b/>
          <w:bCs/>
          <w:highlight w:val="yellow"/>
        </w:rPr>
        <w:t>Hero image URL*</w:t>
      </w:r>
      <w:r w:rsidRPr="00647A1C">
        <w:rPr>
          <w:rFonts w:ascii="Arial" w:hAnsi="Arial" w:cs="Arial"/>
        </w:rPr>
        <w:t xml:space="preserve"> (Aon Story Hub link) </w:t>
      </w:r>
      <w:r w:rsidR="00D10F86" w:rsidRPr="00647A1C">
        <w:rPr>
          <w:rFonts w:ascii="Arial" w:hAnsi="Arial" w:cs="Arial"/>
          <w:highlight w:val="yellow"/>
        </w:rPr>
        <w:br/>
      </w:r>
      <w:r w:rsidRPr="00647A1C">
        <w:rPr>
          <w:rFonts w:ascii="Arial" w:hAnsi="Arial" w:cs="Arial"/>
          <w:highlight w:val="yellow"/>
        </w:rPr>
        <w:t>[</w:t>
      </w:r>
      <w:proofErr w:type="spellStart"/>
      <w:r w:rsidRPr="00647A1C">
        <w:rPr>
          <w:rFonts w:ascii="Arial" w:hAnsi="Arial" w:cs="Arial"/>
          <w:highlight w:val="yellow"/>
        </w:rPr>
        <w:t>hero_image</w:t>
      </w:r>
      <w:proofErr w:type="spellEnd"/>
      <w:r w:rsidRPr="00647A1C">
        <w:rPr>
          <w:rFonts w:ascii="Arial" w:hAnsi="Arial" w:cs="Arial"/>
          <w:highlight w:val="yellow"/>
        </w:rPr>
        <w:t>]</w:t>
      </w:r>
      <w:r w:rsidRPr="00647A1C">
        <w:rPr>
          <w:rFonts w:ascii="Arial" w:hAnsi="Arial" w:cs="Arial"/>
        </w:rPr>
        <w:t xml:space="preserve"> </w:t>
      </w:r>
    </w:p>
    <w:p w14:paraId="1C06DADA" w14:textId="17658761" w:rsidR="00D5355F" w:rsidRPr="00647A1C" w:rsidRDefault="004A015D" w:rsidP="00503239">
      <w:pPr>
        <w:spacing w:line="240" w:lineRule="auto"/>
        <w:rPr>
          <w:rFonts w:ascii="Arial" w:hAnsi="Arial" w:cs="Arial"/>
        </w:rPr>
      </w:pPr>
      <w:r w:rsidRPr="00647A1C">
        <w:rPr>
          <w:rFonts w:ascii="Arial" w:hAnsi="Arial" w:cs="Arial"/>
        </w:rPr>
        <w:t>Insert</w:t>
      </w:r>
      <w:r w:rsidR="0000303E" w:rsidRPr="00647A1C">
        <w:rPr>
          <w:rFonts w:ascii="Arial" w:hAnsi="Arial" w:cs="Arial"/>
        </w:rPr>
        <w:t xml:space="preserve"> the </w:t>
      </w:r>
      <w:r w:rsidR="009342E4" w:rsidRPr="00647A1C">
        <w:rPr>
          <w:rFonts w:ascii="Arial" w:hAnsi="Arial" w:cs="Arial"/>
        </w:rPr>
        <w:t xml:space="preserve">hero image </w:t>
      </w:r>
      <w:r w:rsidR="00901F63" w:rsidRPr="00647A1C">
        <w:rPr>
          <w:rFonts w:ascii="Arial" w:hAnsi="Arial" w:cs="Arial"/>
        </w:rPr>
        <w:t>URL here</w:t>
      </w:r>
    </w:p>
    <w:p w14:paraId="50E4971B" w14:textId="6EA863BE" w:rsidR="00C67F72" w:rsidRPr="00647A1C" w:rsidRDefault="00766337" w:rsidP="00503239">
      <w:pPr>
        <w:spacing w:line="240" w:lineRule="auto"/>
        <w:rPr>
          <w:rFonts w:ascii="Arial" w:hAnsi="Arial" w:cs="Arial"/>
        </w:rPr>
      </w:pPr>
      <w:r w:rsidRPr="00647A1C">
        <w:rPr>
          <w:rFonts w:ascii="Arial" w:hAnsi="Arial" w:cs="Arial"/>
          <w:b/>
          <w:bCs/>
          <w:highlight w:val="yellow"/>
        </w:rPr>
        <w:t>Word count</w:t>
      </w:r>
      <w:r w:rsidR="00F2174C" w:rsidRPr="00647A1C">
        <w:rPr>
          <w:rFonts w:ascii="Arial" w:hAnsi="Arial" w:cs="Arial"/>
          <w:b/>
          <w:bCs/>
          <w:highlight w:val="yellow"/>
        </w:rPr>
        <w:t>*</w:t>
      </w:r>
      <w:r w:rsidR="00F2174C" w:rsidRPr="00647A1C">
        <w:rPr>
          <w:rFonts w:ascii="Arial" w:hAnsi="Arial" w:cs="Arial"/>
        </w:rPr>
        <w:t xml:space="preserve"> </w:t>
      </w:r>
      <w:r w:rsidR="00B940A3" w:rsidRPr="00647A1C">
        <w:rPr>
          <w:rFonts w:ascii="Arial" w:hAnsi="Arial" w:cs="Arial"/>
        </w:rPr>
        <w:t>(</w:t>
      </w:r>
      <w:r w:rsidR="00E80D77" w:rsidRPr="00647A1C">
        <w:rPr>
          <w:rFonts w:ascii="Arial" w:hAnsi="Arial" w:cs="Arial"/>
        </w:rPr>
        <w:t>Total word count of the main content; enter digits only, no commas or words</w:t>
      </w:r>
      <w:r w:rsidR="00B940A3" w:rsidRPr="00647A1C">
        <w:rPr>
          <w:rFonts w:ascii="Arial" w:hAnsi="Arial" w:cs="Arial"/>
        </w:rPr>
        <w:t>)</w:t>
      </w:r>
      <w:r w:rsidR="00A70FDA" w:rsidRPr="00647A1C">
        <w:rPr>
          <w:rFonts w:ascii="Arial" w:hAnsi="Arial" w:cs="Arial"/>
        </w:rPr>
        <w:br/>
      </w:r>
      <w:r w:rsidR="00A70FDA" w:rsidRPr="00647A1C">
        <w:rPr>
          <w:rFonts w:ascii="Arial" w:hAnsi="Arial" w:cs="Arial"/>
          <w:highlight w:val="yellow"/>
        </w:rPr>
        <w:t>[</w:t>
      </w:r>
      <w:proofErr w:type="spellStart"/>
      <w:r w:rsidR="00A70FDA" w:rsidRPr="00647A1C">
        <w:rPr>
          <w:rFonts w:ascii="Arial" w:hAnsi="Arial" w:cs="Arial"/>
          <w:highlight w:val="yellow"/>
        </w:rPr>
        <w:t>word_count</w:t>
      </w:r>
      <w:proofErr w:type="spellEnd"/>
      <w:r w:rsidR="00A70FDA" w:rsidRPr="00647A1C">
        <w:rPr>
          <w:rFonts w:ascii="Arial" w:hAnsi="Arial" w:cs="Arial"/>
          <w:highlight w:val="yellow"/>
        </w:rPr>
        <w:t>]</w:t>
      </w:r>
    </w:p>
    <w:p w14:paraId="21D13FDC" w14:textId="4A62EDF5" w:rsidR="00A70FDA" w:rsidRPr="00647A1C" w:rsidRDefault="00B26AC7" w:rsidP="00353E39">
      <w:pPr>
        <w:spacing w:after="0" w:line="240" w:lineRule="auto"/>
        <w:rPr>
          <w:rFonts w:ascii="Arial" w:hAnsi="Arial" w:cs="Arial"/>
        </w:rPr>
      </w:pPr>
      <w:r w:rsidRPr="00647A1C">
        <w:rPr>
          <w:rFonts w:ascii="Arial" w:hAnsi="Arial" w:cs="Arial"/>
        </w:rPr>
        <w:t>Enter total word count here, e.g., 1250</w:t>
      </w:r>
    </w:p>
    <w:p w14:paraId="06D554EA" w14:textId="77777777" w:rsidR="00A70FDA" w:rsidRDefault="00A70FDA" w:rsidP="00353E39">
      <w:pPr>
        <w:spacing w:after="0" w:line="240" w:lineRule="auto"/>
        <w:rPr>
          <w:rFonts w:ascii="Arial" w:hAnsi="Arial" w:cs="Arial"/>
        </w:rPr>
      </w:pPr>
    </w:p>
    <w:p w14:paraId="233D83BE" w14:textId="77777777" w:rsidR="00353E39" w:rsidRPr="00647A1C" w:rsidRDefault="00353E39" w:rsidP="00353E39">
      <w:pPr>
        <w:spacing w:after="0" w:line="240" w:lineRule="auto"/>
        <w:rPr>
          <w:rFonts w:ascii="Arial" w:hAnsi="Arial" w:cs="Arial"/>
        </w:rPr>
      </w:pPr>
    </w:p>
    <w:p w14:paraId="2F97DC21" w14:textId="77777777" w:rsidR="00D03688" w:rsidRPr="00647A1C" w:rsidRDefault="00D03688" w:rsidP="00D03688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647A1C">
        <w:rPr>
          <w:rFonts w:ascii="Arial" w:hAnsi="Arial" w:cs="Arial"/>
          <w:b/>
          <w:bCs/>
          <w:sz w:val="28"/>
          <w:szCs w:val="28"/>
        </w:rPr>
        <w:t>2. Taxonomy Tags</w:t>
      </w:r>
    </w:p>
    <w:p w14:paraId="793BE5DE" w14:textId="6C7D4FC6" w:rsidR="00C93F5A" w:rsidRPr="00647A1C" w:rsidRDefault="004A5F0E" w:rsidP="00D03688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647A1C">
        <w:rPr>
          <w:rFonts w:ascii="Arial" w:hAnsi="Arial" w:cs="Arial"/>
          <w:b/>
        </w:rPr>
        <w:t>See reference lists on the following pages</w:t>
      </w:r>
      <w:r w:rsidRPr="00647A1C">
        <w:rPr>
          <w:rFonts w:ascii="Arial" w:hAnsi="Arial" w:cs="Arial"/>
          <w:b/>
        </w:rPr>
        <w:t>.</w:t>
      </w:r>
    </w:p>
    <w:p w14:paraId="6FE49E80" w14:textId="5CF208CF" w:rsidR="00D03688" w:rsidRPr="00647A1C" w:rsidRDefault="00D03688" w:rsidP="00D03688">
      <w:pPr>
        <w:spacing w:after="0" w:line="240" w:lineRule="auto"/>
        <w:rPr>
          <w:rFonts w:ascii="Arial" w:hAnsi="Arial" w:cs="Arial"/>
          <w:highlight w:val="yellow"/>
        </w:rPr>
      </w:pPr>
      <w:r w:rsidRPr="00647A1C">
        <w:rPr>
          <w:rFonts w:ascii="Arial" w:hAnsi="Arial" w:cs="Arial"/>
          <w:b/>
          <w:bCs/>
          <w:highlight w:val="yellow"/>
        </w:rPr>
        <w:t>Business line</w:t>
      </w:r>
      <w:r w:rsidR="00E07A74" w:rsidRPr="00647A1C">
        <w:rPr>
          <w:rFonts w:ascii="Arial" w:hAnsi="Arial" w:cs="Arial"/>
          <w:b/>
          <w:bCs/>
          <w:highlight w:val="yellow"/>
        </w:rPr>
        <w:t xml:space="preserve"> tag</w:t>
      </w:r>
      <w:r w:rsidRPr="00647A1C">
        <w:rPr>
          <w:rFonts w:ascii="Arial" w:hAnsi="Arial" w:cs="Arial"/>
          <w:b/>
          <w:bCs/>
          <w:highlight w:val="yellow"/>
        </w:rPr>
        <w:t>*</w:t>
      </w:r>
      <w:r w:rsidRPr="00647A1C">
        <w:rPr>
          <w:rFonts w:ascii="Arial" w:hAnsi="Arial" w:cs="Arial"/>
        </w:rPr>
        <w:t xml:space="preserve"> </w:t>
      </w:r>
      <w:r w:rsidR="004A5F0E" w:rsidRPr="00647A1C">
        <w:rPr>
          <w:rFonts w:ascii="Arial" w:hAnsi="Arial" w:cs="Arial"/>
        </w:rPr>
        <w:t>(</w:t>
      </w:r>
      <w:r w:rsidR="00B15EE3" w:rsidRPr="00647A1C">
        <w:rPr>
          <w:rFonts w:ascii="Arial" w:hAnsi="Arial" w:cs="Arial"/>
        </w:rPr>
        <w:t>R</w:t>
      </w:r>
      <w:r w:rsidR="00C72244" w:rsidRPr="00647A1C">
        <w:rPr>
          <w:rFonts w:ascii="Arial" w:hAnsi="Arial" w:cs="Arial"/>
        </w:rPr>
        <w:t>equired</w:t>
      </w:r>
      <w:r w:rsidR="006676D9" w:rsidRPr="00647A1C">
        <w:rPr>
          <w:rFonts w:ascii="Arial" w:hAnsi="Arial" w:cs="Arial"/>
        </w:rPr>
        <w:t>. One value</w:t>
      </w:r>
      <w:r w:rsidR="0079330E" w:rsidRPr="00647A1C">
        <w:rPr>
          <w:rFonts w:ascii="Arial" w:hAnsi="Arial" w:cs="Arial"/>
        </w:rPr>
        <w:t>)</w:t>
      </w:r>
    </w:p>
    <w:p w14:paraId="30A17D67" w14:textId="77777777" w:rsidR="00D03688" w:rsidRPr="00647A1C" w:rsidRDefault="00D03688" w:rsidP="00D03688">
      <w:pPr>
        <w:spacing w:after="0" w:line="240" w:lineRule="auto"/>
        <w:rPr>
          <w:rFonts w:ascii="Arial" w:hAnsi="Arial" w:cs="Arial"/>
        </w:rPr>
      </w:pPr>
      <w:r w:rsidRPr="00647A1C">
        <w:rPr>
          <w:rFonts w:ascii="Arial" w:hAnsi="Arial" w:cs="Arial"/>
          <w:highlight w:val="yellow"/>
        </w:rPr>
        <w:t>[</w:t>
      </w:r>
      <w:proofErr w:type="spellStart"/>
      <w:r w:rsidRPr="00647A1C">
        <w:rPr>
          <w:rFonts w:ascii="Arial" w:hAnsi="Arial" w:cs="Arial"/>
          <w:highlight w:val="yellow"/>
        </w:rPr>
        <w:t>business_line_tag</w:t>
      </w:r>
      <w:proofErr w:type="spellEnd"/>
      <w:r w:rsidRPr="00647A1C">
        <w:rPr>
          <w:rFonts w:ascii="Arial" w:hAnsi="Arial" w:cs="Arial"/>
          <w:highlight w:val="yellow"/>
        </w:rPr>
        <w:t>]</w:t>
      </w:r>
      <w:r w:rsidRPr="00647A1C">
        <w:rPr>
          <w:rFonts w:ascii="Arial" w:hAnsi="Arial" w:cs="Arial"/>
        </w:rPr>
        <w:t xml:space="preserve">  </w:t>
      </w:r>
    </w:p>
    <w:p w14:paraId="1EB2E4B1" w14:textId="77777777" w:rsidR="00052CF4" w:rsidRPr="00647A1C" w:rsidRDefault="00052CF4" w:rsidP="00D03688">
      <w:pPr>
        <w:spacing w:after="0" w:line="240" w:lineRule="auto"/>
        <w:rPr>
          <w:rFonts w:ascii="Arial" w:hAnsi="Arial" w:cs="Arial"/>
        </w:rPr>
      </w:pPr>
    </w:p>
    <w:p w14:paraId="3E549749" w14:textId="4FFC0F46" w:rsidR="00D03688" w:rsidRPr="00647A1C" w:rsidRDefault="00D03688" w:rsidP="00D03688">
      <w:pPr>
        <w:spacing w:after="0" w:line="240" w:lineRule="auto"/>
        <w:rPr>
          <w:rFonts w:ascii="Arial" w:hAnsi="Arial" w:cs="Arial"/>
        </w:rPr>
      </w:pPr>
      <w:r w:rsidRPr="00647A1C">
        <w:rPr>
          <w:rFonts w:ascii="Arial" w:hAnsi="Arial" w:cs="Arial"/>
        </w:rPr>
        <w:t>Insert business line tag here</w:t>
      </w:r>
    </w:p>
    <w:p w14:paraId="4E3C8E35" w14:textId="77777777" w:rsidR="00D03688" w:rsidRPr="00647A1C" w:rsidRDefault="00D03688" w:rsidP="00D03688">
      <w:pPr>
        <w:spacing w:after="0" w:line="240" w:lineRule="auto"/>
        <w:rPr>
          <w:rFonts w:ascii="Arial" w:hAnsi="Arial" w:cs="Arial"/>
        </w:rPr>
      </w:pPr>
    </w:p>
    <w:p w14:paraId="0428540F" w14:textId="4EDC312D" w:rsidR="00D03688" w:rsidRPr="00647A1C" w:rsidRDefault="00D03688" w:rsidP="00D03688">
      <w:pPr>
        <w:spacing w:after="0" w:line="240" w:lineRule="auto"/>
        <w:rPr>
          <w:rFonts w:ascii="Arial" w:hAnsi="Arial" w:cs="Arial"/>
          <w:b/>
          <w:bCs/>
          <w:highlight w:val="yellow"/>
        </w:rPr>
      </w:pPr>
      <w:r w:rsidRPr="00647A1C">
        <w:rPr>
          <w:rFonts w:ascii="Arial" w:hAnsi="Arial" w:cs="Arial"/>
          <w:b/>
          <w:bCs/>
          <w:highlight w:val="yellow"/>
        </w:rPr>
        <w:t>Solution line</w:t>
      </w:r>
      <w:r w:rsidR="00E07A74" w:rsidRPr="00647A1C">
        <w:rPr>
          <w:rFonts w:ascii="Arial" w:hAnsi="Arial" w:cs="Arial"/>
          <w:b/>
          <w:bCs/>
          <w:highlight w:val="yellow"/>
        </w:rPr>
        <w:t xml:space="preserve"> tag</w:t>
      </w:r>
      <w:r w:rsidRPr="00647A1C">
        <w:rPr>
          <w:rFonts w:ascii="Arial" w:hAnsi="Arial" w:cs="Arial"/>
          <w:b/>
          <w:bCs/>
          <w:highlight w:val="yellow"/>
        </w:rPr>
        <w:t>*</w:t>
      </w:r>
      <w:r w:rsidR="004F7EDC" w:rsidRPr="00647A1C">
        <w:rPr>
          <w:rFonts w:ascii="Arial" w:hAnsi="Arial" w:cs="Arial"/>
          <w:b/>
          <w:bCs/>
        </w:rPr>
        <w:t xml:space="preserve"> </w:t>
      </w:r>
      <w:r w:rsidR="004F7EDC" w:rsidRPr="00647A1C">
        <w:rPr>
          <w:rFonts w:ascii="Arial" w:hAnsi="Arial" w:cs="Arial"/>
        </w:rPr>
        <w:t>(Required. One value)</w:t>
      </w:r>
      <w:r w:rsidRPr="00647A1C">
        <w:rPr>
          <w:rFonts w:ascii="Arial" w:hAnsi="Arial" w:cs="Arial"/>
          <w:b/>
          <w:bCs/>
        </w:rPr>
        <w:t xml:space="preserve">  </w:t>
      </w:r>
    </w:p>
    <w:p w14:paraId="1A2D7DE5" w14:textId="77777777" w:rsidR="00D03688" w:rsidRPr="00647A1C" w:rsidRDefault="00D03688" w:rsidP="00D03688">
      <w:pPr>
        <w:spacing w:after="0" w:line="240" w:lineRule="auto"/>
        <w:rPr>
          <w:rFonts w:ascii="Arial" w:hAnsi="Arial" w:cs="Arial"/>
        </w:rPr>
      </w:pPr>
      <w:r w:rsidRPr="00647A1C">
        <w:rPr>
          <w:rFonts w:ascii="Arial" w:hAnsi="Arial" w:cs="Arial"/>
          <w:highlight w:val="yellow"/>
        </w:rPr>
        <w:t>[</w:t>
      </w:r>
      <w:proofErr w:type="spellStart"/>
      <w:r w:rsidRPr="00647A1C">
        <w:rPr>
          <w:rFonts w:ascii="Arial" w:hAnsi="Arial" w:cs="Arial"/>
          <w:highlight w:val="yellow"/>
        </w:rPr>
        <w:t>solution_line_tag</w:t>
      </w:r>
      <w:proofErr w:type="spellEnd"/>
      <w:r w:rsidRPr="00647A1C">
        <w:rPr>
          <w:rFonts w:ascii="Arial" w:hAnsi="Arial" w:cs="Arial"/>
          <w:highlight w:val="yellow"/>
        </w:rPr>
        <w:t>]</w:t>
      </w:r>
      <w:r w:rsidRPr="00647A1C">
        <w:rPr>
          <w:rFonts w:ascii="Arial" w:hAnsi="Arial" w:cs="Arial"/>
        </w:rPr>
        <w:t xml:space="preserve">  </w:t>
      </w:r>
    </w:p>
    <w:p w14:paraId="5E4387BE" w14:textId="00E08EF0" w:rsidR="00D03688" w:rsidRPr="00647A1C" w:rsidRDefault="00D03688" w:rsidP="00D03688">
      <w:pPr>
        <w:spacing w:after="0" w:line="240" w:lineRule="auto"/>
        <w:rPr>
          <w:rFonts w:ascii="Arial" w:hAnsi="Arial" w:cs="Arial"/>
        </w:rPr>
      </w:pPr>
      <w:r w:rsidRPr="00647A1C">
        <w:rPr>
          <w:rFonts w:ascii="Arial" w:hAnsi="Arial" w:cs="Arial"/>
        </w:rPr>
        <w:t>Insert solution line tag here</w:t>
      </w:r>
    </w:p>
    <w:p w14:paraId="5FBB5DC9" w14:textId="77777777" w:rsidR="00D03688" w:rsidRPr="00647A1C" w:rsidRDefault="00D03688" w:rsidP="00D03688">
      <w:pPr>
        <w:spacing w:after="0" w:line="240" w:lineRule="auto"/>
        <w:rPr>
          <w:rFonts w:ascii="Arial" w:hAnsi="Arial" w:cs="Arial"/>
        </w:rPr>
      </w:pPr>
    </w:p>
    <w:p w14:paraId="3209D916" w14:textId="2F8A57CA" w:rsidR="00D03688" w:rsidRPr="00647A1C" w:rsidRDefault="00D03688" w:rsidP="00D03688">
      <w:pPr>
        <w:spacing w:after="0" w:line="240" w:lineRule="auto"/>
        <w:rPr>
          <w:rFonts w:ascii="Arial" w:hAnsi="Arial" w:cs="Arial"/>
          <w:highlight w:val="yellow"/>
        </w:rPr>
      </w:pPr>
      <w:r w:rsidRPr="00647A1C">
        <w:rPr>
          <w:rFonts w:ascii="Arial" w:hAnsi="Arial" w:cs="Arial"/>
          <w:b/>
          <w:bCs/>
          <w:highlight w:val="yellow"/>
        </w:rPr>
        <w:t>Capability*</w:t>
      </w:r>
      <w:r w:rsidRPr="00647A1C">
        <w:rPr>
          <w:rFonts w:ascii="Arial" w:hAnsi="Arial" w:cs="Arial"/>
        </w:rPr>
        <w:t xml:space="preserve"> </w:t>
      </w:r>
      <w:r w:rsidR="00C148A6" w:rsidRPr="00647A1C">
        <w:rPr>
          <w:rFonts w:ascii="Arial" w:hAnsi="Arial" w:cs="Arial"/>
        </w:rPr>
        <w:t>(</w:t>
      </w:r>
      <w:r w:rsidR="00C148A6" w:rsidRPr="00647A1C">
        <w:rPr>
          <w:rFonts w:ascii="Arial" w:hAnsi="Arial" w:cs="Arial"/>
        </w:rPr>
        <w:t>Required. Multiple values are accepted. Values must be comma-separated and ordered by relevance, from most to least important</w:t>
      </w:r>
      <w:r w:rsidR="00C148A6" w:rsidRPr="00647A1C">
        <w:rPr>
          <w:rFonts w:ascii="Arial" w:hAnsi="Arial" w:cs="Arial"/>
        </w:rPr>
        <w:t>)</w:t>
      </w:r>
    </w:p>
    <w:p w14:paraId="3ED9FE81" w14:textId="77777777" w:rsidR="00D03688" w:rsidRPr="00647A1C" w:rsidRDefault="00D03688" w:rsidP="00D03688">
      <w:pPr>
        <w:spacing w:after="0" w:line="240" w:lineRule="auto"/>
        <w:rPr>
          <w:rFonts w:ascii="Arial" w:hAnsi="Arial" w:cs="Arial"/>
        </w:rPr>
      </w:pPr>
      <w:r w:rsidRPr="00647A1C">
        <w:rPr>
          <w:rFonts w:ascii="Arial" w:hAnsi="Arial" w:cs="Arial"/>
          <w:highlight w:val="yellow"/>
        </w:rPr>
        <w:t>[</w:t>
      </w:r>
      <w:proofErr w:type="spellStart"/>
      <w:r w:rsidRPr="00647A1C">
        <w:rPr>
          <w:rFonts w:ascii="Arial" w:hAnsi="Arial" w:cs="Arial"/>
          <w:highlight w:val="yellow"/>
        </w:rPr>
        <w:t>capability_tag</w:t>
      </w:r>
      <w:proofErr w:type="spellEnd"/>
      <w:r w:rsidRPr="00647A1C">
        <w:rPr>
          <w:rFonts w:ascii="Arial" w:hAnsi="Arial" w:cs="Arial"/>
          <w:highlight w:val="yellow"/>
        </w:rPr>
        <w:t>]</w:t>
      </w:r>
      <w:r w:rsidRPr="00647A1C">
        <w:rPr>
          <w:rFonts w:ascii="Arial" w:hAnsi="Arial" w:cs="Arial"/>
        </w:rPr>
        <w:t xml:space="preserve">  </w:t>
      </w:r>
    </w:p>
    <w:p w14:paraId="4376FB51" w14:textId="77777777" w:rsidR="00291C56" w:rsidRPr="00647A1C" w:rsidRDefault="00291C56" w:rsidP="00D03688">
      <w:pPr>
        <w:spacing w:after="0" w:line="240" w:lineRule="auto"/>
        <w:rPr>
          <w:rFonts w:ascii="Arial" w:hAnsi="Arial" w:cs="Arial"/>
        </w:rPr>
      </w:pPr>
    </w:p>
    <w:p w14:paraId="4C0568B7" w14:textId="4C68B167" w:rsidR="00D03688" w:rsidRPr="00647A1C" w:rsidRDefault="00D03688" w:rsidP="00D03688">
      <w:pPr>
        <w:spacing w:after="0" w:line="240" w:lineRule="auto"/>
        <w:rPr>
          <w:rFonts w:ascii="Arial" w:hAnsi="Arial" w:cs="Arial"/>
        </w:rPr>
      </w:pPr>
      <w:r w:rsidRPr="00647A1C">
        <w:rPr>
          <w:rFonts w:ascii="Arial" w:hAnsi="Arial" w:cs="Arial"/>
        </w:rPr>
        <w:t>Insert capability tag</w:t>
      </w:r>
      <w:r w:rsidR="003D4924" w:rsidRPr="00647A1C">
        <w:rPr>
          <w:rFonts w:ascii="Arial" w:hAnsi="Arial" w:cs="Arial"/>
        </w:rPr>
        <w:t>(s)</w:t>
      </w:r>
      <w:r w:rsidRPr="00647A1C">
        <w:rPr>
          <w:rFonts w:ascii="Arial" w:hAnsi="Arial" w:cs="Arial"/>
        </w:rPr>
        <w:t xml:space="preserve"> here</w:t>
      </w:r>
    </w:p>
    <w:p w14:paraId="068F03C2" w14:textId="77777777" w:rsidR="00D03688" w:rsidRPr="00647A1C" w:rsidRDefault="00D03688" w:rsidP="00D03688">
      <w:pPr>
        <w:spacing w:after="0" w:line="240" w:lineRule="auto"/>
        <w:rPr>
          <w:rFonts w:ascii="Arial" w:hAnsi="Arial" w:cs="Arial"/>
        </w:rPr>
      </w:pPr>
    </w:p>
    <w:p w14:paraId="378FE3B2" w14:textId="5FA4B2B9" w:rsidR="00D03688" w:rsidRPr="00647A1C" w:rsidRDefault="00D03688" w:rsidP="00D03688">
      <w:pPr>
        <w:spacing w:after="0" w:line="240" w:lineRule="auto"/>
        <w:rPr>
          <w:rFonts w:ascii="Arial" w:hAnsi="Arial" w:cs="Arial"/>
          <w:highlight w:val="yellow"/>
        </w:rPr>
      </w:pPr>
      <w:r w:rsidRPr="00647A1C">
        <w:rPr>
          <w:rFonts w:ascii="Arial" w:hAnsi="Arial" w:cs="Arial"/>
          <w:b/>
          <w:bCs/>
          <w:highlight w:val="yellow"/>
        </w:rPr>
        <w:t>Content type*</w:t>
      </w:r>
      <w:r w:rsidRPr="00647A1C">
        <w:rPr>
          <w:rFonts w:ascii="Arial" w:hAnsi="Arial" w:cs="Arial"/>
        </w:rPr>
        <w:t xml:space="preserve"> </w:t>
      </w:r>
      <w:r w:rsidR="00006BF8" w:rsidRPr="00647A1C">
        <w:rPr>
          <w:rFonts w:ascii="Arial" w:hAnsi="Arial" w:cs="Arial"/>
        </w:rPr>
        <w:t>(A</w:t>
      </w:r>
      <w:r w:rsidR="00C72244" w:rsidRPr="00647A1C">
        <w:rPr>
          <w:rFonts w:ascii="Arial" w:hAnsi="Arial" w:cs="Arial"/>
        </w:rPr>
        <w:t>lready filled for you</w:t>
      </w:r>
      <w:r w:rsidR="00DE3170" w:rsidRPr="00647A1C">
        <w:rPr>
          <w:rFonts w:ascii="Arial" w:hAnsi="Arial" w:cs="Arial"/>
        </w:rPr>
        <w:t>; do not change</w:t>
      </w:r>
      <w:r w:rsidR="00006BF8" w:rsidRPr="00647A1C">
        <w:rPr>
          <w:rFonts w:ascii="Arial" w:hAnsi="Arial" w:cs="Arial"/>
        </w:rPr>
        <w:t>)</w:t>
      </w:r>
    </w:p>
    <w:p w14:paraId="261F02AD" w14:textId="77777777" w:rsidR="00D03688" w:rsidRPr="00647A1C" w:rsidRDefault="00D03688" w:rsidP="00D03688">
      <w:pPr>
        <w:spacing w:after="0" w:line="240" w:lineRule="auto"/>
        <w:rPr>
          <w:rFonts w:ascii="Arial" w:hAnsi="Arial" w:cs="Arial"/>
        </w:rPr>
      </w:pPr>
      <w:r w:rsidRPr="00647A1C">
        <w:rPr>
          <w:rFonts w:ascii="Arial" w:hAnsi="Arial" w:cs="Arial"/>
          <w:highlight w:val="yellow"/>
        </w:rPr>
        <w:t>[</w:t>
      </w:r>
      <w:proofErr w:type="spellStart"/>
      <w:r w:rsidRPr="00647A1C">
        <w:rPr>
          <w:rFonts w:ascii="Arial" w:hAnsi="Arial" w:cs="Arial"/>
          <w:highlight w:val="yellow"/>
        </w:rPr>
        <w:t>content_type</w:t>
      </w:r>
      <w:proofErr w:type="spellEnd"/>
      <w:r w:rsidRPr="00647A1C">
        <w:rPr>
          <w:rFonts w:ascii="Arial" w:hAnsi="Arial" w:cs="Arial"/>
          <w:highlight w:val="yellow"/>
        </w:rPr>
        <w:t>]</w:t>
      </w:r>
      <w:r w:rsidRPr="00647A1C">
        <w:rPr>
          <w:rFonts w:ascii="Arial" w:hAnsi="Arial" w:cs="Arial"/>
        </w:rPr>
        <w:t xml:space="preserve">  </w:t>
      </w:r>
    </w:p>
    <w:p w14:paraId="015F8D19" w14:textId="77777777" w:rsidR="003D4924" w:rsidRPr="00647A1C" w:rsidRDefault="003D4924" w:rsidP="00D03688">
      <w:pPr>
        <w:spacing w:after="0" w:line="240" w:lineRule="auto"/>
        <w:rPr>
          <w:rFonts w:ascii="Arial" w:hAnsi="Arial" w:cs="Arial"/>
        </w:rPr>
      </w:pPr>
    </w:p>
    <w:p w14:paraId="0EB6669D" w14:textId="4C695E9D" w:rsidR="00D03688" w:rsidRPr="00647A1C" w:rsidRDefault="00514FD4" w:rsidP="00D03688">
      <w:pPr>
        <w:spacing w:after="0" w:line="240" w:lineRule="auto"/>
        <w:rPr>
          <w:rFonts w:ascii="Arial" w:hAnsi="Arial" w:cs="Arial"/>
        </w:rPr>
      </w:pPr>
      <w:r w:rsidRPr="00647A1C">
        <w:rPr>
          <w:rFonts w:ascii="Arial" w:hAnsi="Arial" w:cs="Arial"/>
        </w:rPr>
        <w:t>Article</w:t>
      </w:r>
    </w:p>
    <w:p w14:paraId="068B5E9E" w14:textId="77777777" w:rsidR="00D03688" w:rsidRPr="00647A1C" w:rsidRDefault="00D03688" w:rsidP="00D03688">
      <w:pPr>
        <w:spacing w:after="0" w:line="240" w:lineRule="auto"/>
        <w:rPr>
          <w:rFonts w:ascii="Arial" w:hAnsi="Arial" w:cs="Arial"/>
        </w:rPr>
      </w:pPr>
    </w:p>
    <w:p w14:paraId="2BB9951D" w14:textId="0FB3D6AA" w:rsidR="00D03688" w:rsidRPr="00647A1C" w:rsidRDefault="00D03688" w:rsidP="00D03688">
      <w:pPr>
        <w:spacing w:after="0" w:line="240" w:lineRule="auto"/>
        <w:rPr>
          <w:rFonts w:ascii="Arial" w:hAnsi="Arial" w:cs="Arial"/>
          <w:highlight w:val="yellow"/>
        </w:rPr>
      </w:pPr>
      <w:r w:rsidRPr="00647A1C">
        <w:rPr>
          <w:rFonts w:ascii="Arial" w:hAnsi="Arial" w:cs="Arial"/>
          <w:b/>
          <w:bCs/>
          <w:highlight w:val="yellow"/>
        </w:rPr>
        <w:t>Function*</w:t>
      </w:r>
      <w:r w:rsidR="00DE3170" w:rsidRPr="00647A1C">
        <w:rPr>
          <w:rFonts w:ascii="Arial" w:hAnsi="Arial" w:cs="Arial"/>
        </w:rPr>
        <w:t xml:space="preserve"> </w:t>
      </w:r>
      <w:r w:rsidR="00DE3170" w:rsidRPr="00647A1C">
        <w:rPr>
          <w:rFonts w:ascii="Arial" w:hAnsi="Arial" w:cs="Arial"/>
        </w:rPr>
        <w:t>(Required. Multiple values are accepted. Values must be comma-separated and ordered by relevance, from most to least important)</w:t>
      </w:r>
      <w:r w:rsidRPr="00647A1C">
        <w:rPr>
          <w:rFonts w:ascii="Arial" w:hAnsi="Arial" w:cs="Arial"/>
        </w:rPr>
        <w:t xml:space="preserve"> </w:t>
      </w:r>
      <w:r w:rsidRPr="00647A1C">
        <w:rPr>
          <w:rFonts w:ascii="Arial" w:hAnsi="Arial" w:cs="Arial"/>
          <w:highlight w:val="yellow"/>
        </w:rPr>
        <w:t xml:space="preserve"> </w:t>
      </w:r>
    </w:p>
    <w:p w14:paraId="099A387B" w14:textId="77777777" w:rsidR="00D03688" w:rsidRPr="00647A1C" w:rsidRDefault="00D03688" w:rsidP="00D03688">
      <w:pPr>
        <w:spacing w:after="0" w:line="240" w:lineRule="auto"/>
        <w:rPr>
          <w:rFonts w:ascii="Arial" w:hAnsi="Arial" w:cs="Arial"/>
        </w:rPr>
      </w:pPr>
      <w:r w:rsidRPr="00647A1C">
        <w:rPr>
          <w:rFonts w:ascii="Arial" w:hAnsi="Arial" w:cs="Arial"/>
          <w:highlight w:val="yellow"/>
        </w:rPr>
        <w:t>[</w:t>
      </w:r>
      <w:proofErr w:type="spellStart"/>
      <w:r w:rsidRPr="00647A1C">
        <w:rPr>
          <w:rFonts w:ascii="Arial" w:hAnsi="Arial" w:cs="Arial"/>
          <w:highlight w:val="yellow"/>
        </w:rPr>
        <w:t>function_tag</w:t>
      </w:r>
      <w:proofErr w:type="spellEnd"/>
      <w:r w:rsidRPr="00647A1C">
        <w:rPr>
          <w:rFonts w:ascii="Arial" w:hAnsi="Arial" w:cs="Arial"/>
          <w:highlight w:val="yellow"/>
        </w:rPr>
        <w:t>]</w:t>
      </w:r>
      <w:r w:rsidRPr="00647A1C">
        <w:rPr>
          <w:rFonts w:ascii="Arial" w:hAnsi="Arial" w:cs="Arial"/>
        </w:rPr>
        <w:t xml:space="preserve">  </w:t>
      </w:r>
    </w:p>
    <w:p w14:paraId="3AC7EA45" w14:textId="77777777" w:rsidR="003D4924" w:rsidRPr="00647A1C" w:rsidRDefault="003D4924" w:rsidP="00D03688">
      <w:pPr>
        <w:spacing w:after="0" w:line="240" w:lineRule="auto"/>
        <w:rPr>
          <w:rFonts w:ascii="Arial" w:hAnsi="Arial" w:cs="Arial"/>
        </w:rPr>
      </w:pPr>
    </w:p>
    <w:p w14:paraId="7C7569F9" w14:textId="22732B6A" w:rsidR="00D03688" w:rsidRPr="00647A1C" w:rsidRDefault="00D03688" w:rsidP="00D03688">
      <w:pPr>
        <w:spacing w:after="0" w:line="240" w:lineRule="auto"/>
        <w:rPr>
          <w:rFonts w:ascii="Arial" w:hAnsi="Arial" w:cs="Arial"/>
        </w:rPr>
      </w:pPr>
      <w:r w:rsidRPr="00647A1C">
        <w:rPr>
          <w:rFonts w:ascii="Arial" w:hAnsi="Arial" w:cs="Arial"/>
        </w:rPr>
        <w:t>Insert function tag here</w:t>
      </w:r>
    </w:p>
    <w:p w14:paraId="3F6F6480" w14:textId="77777777" w:rsidR="00D03688" w:rsidRPr="00647A1C" w:rsidRDefault="00D03688" w:rsidP="00D03688">
      <w:pPr>
        <w:spacing w:after="0" w:line="240" w:lineRule="auto"/>
        <w:rPr>
          <w:rFonts w:ascii="Arial" w:hAnsi="Arial" w:cs="Arial"/>
        </w:rPr>
      </w:pPr>
    </w:p>
    <w:p w14:paraId="2F6F63D5" w14:textId="4AD7AEF8" w:rsidR="00D03688" w:rsidRPr="00647A1C" w:rsidRDefault="00D03688" w:rsidP="00D03688">
      <w:pPr>
        <w:spacing w:after="0" w:line="240" w:lineRule="auto"/>
        <w:rPr>
          <w:rFonts w:ascii="Arial" w:hAnsi="Arial" w:cs="Arial"/>
          <w:highlight w:val="yellow"/>
        </w:rPr>
      </w:pPr>
      <w:r w:rsidRPr="00647A1C">
        <w:rPr>
          <w:rFonts w:ascii="Arial" w:hAnsi="Arial" w:cs="Arial"/>
          <w:b/>
          <w:bCs/>
          <w:highlight w:val="yellow"/>
        </w:rPr>
        <w:t>Industry*</w:t>
      </w:r>
      <w:r w:rsidRPr="00647A1C">
        <w:rPr>
          <w:rFonts w:ascii="Arial" w:hAnsi="Arial" w:cs="Arial"/>
        </w:rPr>
        <w:t xml:space="preserve"> </w:t>
      </w:r>
      <w:r w:rsidR="00E9276F" w:rsidRPr="00647A1C">
        <w:rPr>
          <w:rFonts w:ascii="Arial" w:hAnsi="Arial" w:cs="Arial"/>
        </w:rPr>
        <w:t>(Required. Multiple values are accepted. Values must be comma-separated and ordered by relevance, from most to least important)</w:t>
      </w:r>
      <w:r w:rsidRPr="00647A1C">
        <w:rPr>
          <w:rFonts w:ascii="Arial" w:hAnsi="Arial" w:cs="Arial"/>
          <w:highlight w:val="yellow"/>
        </w:rPr>
        <w:t xml:space="preserve"> </w:t>
      </w:r>
    </w:p>
    <w:p w14:paraId="5F55BA58" w14:textId="77777777" w:rsidR="00D03688" w:rsidRPr="00647A1C" w:rsidRDefault="00D03688" w:rsidP="00D03688">
      <w:pPr>
        <w:spacing w:after="0" w:line="240" w:lineRule="auto"/>
        <w:rPr>
          <w:rFonts w:ascii="Arial" w:hAnsi="Arial" w:cs="Arial"/>
        </w:rPr>
      </w:pPr>
      <w:r w:rsidRPr="00647A1C">
        <w:rPr>
          <w:rFonts w:ascii="Arial" w:hAnsi="Arial" w:cs="Arial"/>
          <w:highlight w:val="yellow"/>
        </w:rPr>
        <w:t>[</w:t>
      </w:r>
      <w:proofErr w:type="spellStart"/>
      <w:r w:rsidRPr="00647A1C">
        <w:rPr>
          <w:rFonts w:ascii="Arial" w:hAnsi="Arial" w:cs="Arial"/>
          <w:highlight w:val="yellow"/>
        </w:rPr>
        <w:t>industry_tag</w:t>
      </w:r>
      <w:proofErr w:type="spellEnd"/>
      <w:r w:rsidRPr="00647A1C">
        <w:rPr>
          <w:rFonts w:ascii="Arial" w:hAnsi="Arial" w:cs="Arial"/>
          <w:highlight w:val="yellow"/>
        </w:rPr>
        <w:t>]</w:t>
      </w:r>
      <w:r w:rsidRPr="00647A1C">
        <w:rPr>
          <w:rFonts w:ascii="Arial" w:hAnsi="Arial" w:cs="Arial"/>
        </w:rPr>
        <w:t xml:space="preserve">  </w:t>
      </w:r>
    </w:p>
    <w:p w14:paraId="6089B906" w14:textId="77777777" w:rsidR="00E9276F" w:rsidRPr="00647A1C" w:rsidRDefault="00E9276F" w:rsidP="00D03688">
      <w:pPr>
        <w:spacing w:after="0" w:line="240" w:lineRule="auto"/>
        <w:rPr>
          <w:rFonts w:ascii="Arial" w:hAnsi="Arial" w:cs="Arial"/>
        </w:rPr>
      </w:pPr>
    </w:p>
    <w:p w14:paraId="76DAA53F" w14:textId="7AC43CF0" w:rsidR="00D03688" w:rsidRPr="00647A1C" w:rsidRDefault="00E9276F" w:rsidP="00D03688">
      <w:pPr>
        <w:spacing w:after="0" w:line="240" w:lineRule="auto"/>
        <w:rPr>
          <w:rFonts w:ascii="Arial" w:hAnsi="Arial" w:cs="Arial"/>
        </w:rPr>
      </w:pPr>
      <w:r w:rsidRPr="00647A1C">
        <w:rPr>
          <w:rFonts w:ascii="Arial" w:hAnsi="Arial" w:cs="Arial"/>
        </w:rPr>
        <w:t>I</w:t>
      </w:r>
      <w:r w:rsidR="00D03688" w:rsidRPr="00647A1C">
        <w:rPr>
          <w:rFonts w:ascii="Arial" w:hAnsi="Arial" w:cs="Arial"/>
        </w:rPr>
        <w:t>nsert industry tag here</w:t>
      </w:r>
    </w:p>
    <w:p w14:paraId="3D025594" w14:textId="77777777" w:rsidR="00D03688" w:rsidRPr="00647A1C" w:rsidRDefault="00D03688" w:rsidP="00D03688">
      <w:pPr>
        <w:spacing w:after="0" w:line="240" w:lineRule="auto"/>
        <w:rPr>
          <w:rFonts w:ascii="Arial" w:hAnsi="Arial" w:cs="Arial"/>
        </w:rPr>
      </w:pPr>
    </w:p>
    <w:p w14:paraId="1D99D3A1" w14:textId="6DCCB164" w:rsidR="00D03688" w:rsidRPr="00647A1C" w:rsidRDefault="00D03688" w:rsidP="00D03688">
      <w:pPr>
        <w:spacing w:after="0" w:line="240" w:lineRule="auto"/>
        <w:rPr>
          <w:rFonts w:ascii="Arial" w:hAnsi="Arial" w:cs="Arial"/>
          <w:b/>
          <w:bCs/>
          <w:highlight w:val="yellow"/>
        </w:rPr>
      </w:pPr>
      <w:r w:rsidRPr="00647A1C">
        <w:rPr>
          <w:rFonts w:ascii="Arial" w:hAnsi="Arial" w:cs="Arial"/>
          <w:b/>
          <w:bCs/>
          <w:highlight w:val="yellow"/>
        </w:rPr>
        <w:t>Location</w:t>
      </w:r>
    </w:p>
    <w:p w14:paraId="31587831" w14:textId="77777777" w:rsidR="00D03688" w:rsidRPr="00647A1C" w:rsidRDefault="00D03688" w:rsidP="00D03688">
      <w:pPr>
        <w:spacing w:after="0" w:line="240" w:lineRule="auto"/>
        <w:rPr>
          <w:rFonts w:ascii="Arial" w:hAnsi="Arial" w:cs="Arial"/>
        </w:rPr>
      </w:pPr>
      <w:r w:rsidRPr="00647A1C">
        <w:rPr>
          <w:rFonts w:ascii="Arial" w:hAnsi="Arial" w:cs="Arial"/>
          <w:highlight w:val="yellow"/>
        </w:rPr>
        <w:t>[</w:t>
      </w:r>
      <w:proofErr w:type="spellStart"/>
      <w:r w:rsidRPr="00647A1C">
        <w:rPr>
          <w:rFonts w:ascii="Arial" w:hAnsi="Arial" w:cs="Arial"/>
          <w:highlight w:val="yellow"/>
        </w:rPr>
        <w:t>location_tag</w:t>
      </w:r>
      <w:proofErr w:type="spellEnd"/>
      <w:r w:rsidRPr="00647A1C">
        <w:rPr>
          <w:rFonts w:ascii="Arial" w:hAnsi="Arial" w:cs="Arial"/>
          <w:highlight w:val="yellow"/>
        </w:rPr>
        <w:t>]</w:t>
      </w:r>
      <w:r w:rsidRPr="00647A1C">
        <w:rPr>
          <w:rFonts w:ascii="Arial" w:hAnsi="Arial" w:cs="Arial"/>
        </w:rPr>
        <w:t xml:space="preserve">  </w:t>
      </w:r>
    </w:p>
    <w:p w14:paraId="03BE3600" w14:textId="77777777" w:rsidR="005F351E" w:rsidRPr="00647A1C" w:rsidRDefault="005F351E" w:rsidP="00D03688">
      <w:pPr>
        <w:spacing w:after="0" w:line="240" w:lineRule="auto"/>
        <w:rPr>
          <w:rFonts w:ascii="Arial" w:hAnsi="Arial" w:cs="Arial"/>
        </w:rPr>
      </w:pPr>
    </w:p>
    <w:p w14:paraId="2A07CC30" w14:textId="020BE57A" w:rsidR="00D03688" w:rsidRPr="00647A1C" w:rsidRDefault="00D03688" w:rsidP="00D03688">
      <w:pPr>
        <w:spacing w:after="0" w:line="240" w:lineRule="auto"/>
        <w:rPr>
          <w:rFonts w:ascii="Arial" w:hAnsi="Arial" w:cs="Arial"/>
        </w:rPr>
      </w:pPr>
      <w:r w:rsidRPr="00647A1C">
        <w:rPr>
          <w:rFonts w:ascii="Arial" w:hAnsi="Arial" w:cs="Arial"/>
        </w:rPr>
        <w:t>Insert location tag</w:t>
      </w:r>
      <w:r w:rsidR="000078D5" w:rsidRPr="00647A1C">
        <w:rPr>
          <w:rFonts w:ascii="Arial" w:hAnsi="Arial" w:cs="Arial"/>
        </w:rPr>
        <w:t>(s)</w:t>
      </w:r>
      <w:r w:rsidRPr="00647A1C">
        <w:rPr>
          <w:rFonts w:ascii="Arial" w:hAnsi="Arial" w:cs="Arial"/>
        </w:rPr>
        <w:t xml:space="preserve"> here</w:t>
      </w:r>
    </w:p>
    <w:p w14:paraId="083125DB" w14:textId="77777777" w:rsidR="00D03688" w:rsidRPr="00647A1C" w:rsidRDefault="00D03688" w:rsidP="00D03688">
      <w:pPr>
        <w:spacing w:after="0" w:line="240" w:lineRule="auto"/>
        <w:rPr>
          <w:rFonts w:ascii="Arial" w:hAnsi="Arial" w:cs="Arial"/>
        </w:rPr>
      </w:pPr>
    </w:p>
    <w:p w14:paraId="608602EC" w14:textId="1512B136" w:rsidR="00D03688" w:rsidRPr="00647A1C" w:rsidRDefault="00D03688" w:rsidP="00D03688">
      <w:pPr>
        <w:spacing w:after="0" w:line="240" w:lineRule="auto"/>
        <w:rPr>
          <w:rFonts w:ascii="Arial" w:hAnsi="Arial" w:cs="Arial"/>
          <w:highlight w:val="yellow"/>
        </w:rPr>
      </w:pPr>
      <w:r w:rsidRPr="00647A1C">
        <w:rPr>
          <w:rFonts w:ascii="Arial" w:hAnsi="Arial" w:cs="Arial"/>
          <w:b/>
          <w:bCs/>
          <w:highlight w:val="yellow"/>
        </w:rPr>
        <w:t>Sub-industry</w:t>
      </w:r>
      <w:r w:rsidRPr="00647A1C">
        <w:rPr>
          <w:rFonts w:ascii="Arial" w:hAnsi="Arial" w:cs="Arial"/>
        </w:rPr>
        <w:t xml:space="preserve"> </w:t>
      </w:r>
      <w:r w:rsidR="005F351E" w:rsidRPr="00647A1C">
        <w:rPr>
          <w:rFonts w:ascii="Arial" w:hAnsi="Arial" w:cs="Arial"/>
        </w:rPr>
        <w:t>(</w:t>
      </w:r>
      <w:r w:rsidR="005F351E" w:rsidRPr="00647A1C">
        <w:rPr>
          <w:rFonts w:ascii="Arial" w:hAnsi="Arial" w:cs="Arial"/>
        </w:rPr>
        <w:t>Multiple values are accepted)</w:t>
      </w:r>
      <w:r w:rsidR="005F351E" w:rsidRPr="00647A1C">
        <w:rPr>
          <w:rFonts w:ascii="Arial" w:hAnsi="Arial" w:cs="Arial"/>
          <w:highlight w:val="yellow"/>
        </w:rPr>
        <w:t xml:space="preserve"> </w:t>
      </w:r>
      <w:r w:rsidRPr="00647A1C">
        <w:rPr>
          <w:rFonts w:ascii="Arial" w:hAnsi="Arial" w:cs="Arial"/>
          <w:highlight w:val="yellow"/>
        </w:rPr>
        <w:t xml:space="preserve"> </w:t>
      </w:r>
    </w:p>
    <w:p w14:paraId="102AF2B3" w14:textId="77777777" w:rsidR="00D03688" w:rsidRPr="00647A1C" w:rsidRDefault="00D03688" w:rsidP="00D03688">
      <w:pPr>
        <w:spacing w:after="0" w:line="240" w:lineRule="auto"/>
        <w:rPr>
          <w:rFonts w:ascii="Arial" w:hAnsi="Arial" w:cs="Arial"/>
        </w:rPr>
      </w:pPr>
      <w:r w:rsidRPr="00647A1C">
        <w:rPr>
          <w:rFonts w:ascii="Arial" w:hAnsi="Arial" w:cs="Arial"/>
          <w:highlight w:val="yellow"/>
        </w:rPr>
        <w:t>[</w:t>
      </w:r>
      <w:proofErr w:type="spellStart"/>
      <w:r w:rsidRPr="00647A1C">
        <w:rPr>
          <w:rFonts w:ascii="Arial" w:hAnsi="Arial" w:cs="Arial"/>
          <w:highlight w:val="yellow"/>
        </w:rPr>
        <w:t>sub_industry_tag</w:t>
      </w:r>
      <w:proofErr w:type="spellEnd"/>
      <w:r w:rsidRPr="00647A1C">
        <w:rPr>
          <w:rFonts w:ascii="Arial" w:hAnsi="Arial" w:cs="Arial"/>
          <w:highlight w:val="yellow"/>
        </w:rPr>
        <w:t>]</w:t>
      </w:r>
      <w:r w:rsidRPr="00647A1C">
        <w:rPr>
          <w:rFonts w:ascii="Arial" w:hAnsi="Arial" w:cs="Arial"/>
        </w:rPr>
        <w:t xml:space="preserve">  </w:t>
      </w:r>
    </w:p>
    <w:p w14:paraId="526FEB5C" w14:textId="77777777" w:rsidR="00A91FFB" w:rsidRPr="00647A1C" w:rsidRDefault="00A91FFB" w:rsidP="00D03688">
      <w:pPr>
        <w:spacing w:after="0" w:line="240" w:lineRule="auto"/>
        <w:rPr>
          <w:rFonts w:ascii="Arial" w:hAnsi="Arial" w:cs="Arial"/>
        </w:rPr>
      </w:pPr>
    </w:p>
    <w:p w14:paraId="5AAD8422" w14:textId="01594DE1" w:rsidR="00D03688" w:rsidRPr="00647A1C" w:rsidRDefault="00D03688" w:rsidP="00D03688">
      <w:pPr>
        <w:spacing w:after="0" w:line="240" w:lineRule="auto"/>
        <w:rPr>
          <w:rFonts w:ascii="Arial" w:hAnsi="Arial" w:cs="Arial"/>
        </w:rPr>
      </w:pPr>
      <w:r w:rsidRPr="00647A1C">
        <w:rPr>
          <w:rFonts w:ascii="Arial" w:hAnsi="Arial" w:cs="Arial"/>
        </w:rPr>
        <w:t>Insert sub-industry tag</w:t>
      </w:r>
      <w:r w:rsidR="00A91FFB" w:rsidRPr="00647A1C">
        <w:rPr>
          <w:rFonts w:ascii="Arial" w:hAnsi="Arial" w:cs="Arial"/>
        </w:rPr>
        <w:t>(s)</w:t>
      </w:r>
      <w:r w:rsidRPr="00647A1C">
        <w:rPr>
          <w:rFonts w:ascii="Arial" w:hAnsi="Arial" w:cs="Arial"/>
        </w:rPr>
        <w:t xml:space="preserve"> here</w:t>
      </w:r>
    </w:p>
    <w:p w14:paraId="4DB2F4A7" w14:textId="77777777" w:rsidR="00D03688" w:rsidRPr="00647A1C" w:rsidRDefault="00D03688" w:rsidP="00D03688">
      <w:pPr>
        <w:spacing w:after="0" w:line="240" w:lineRule="auto"/>
        <w:rPr>
          <w:rFonts w:ascii="Arial" w:hAnsi="Arial" w:cs="Arial"/>
        </w:rPr>
      </w:pPr>
    </w:p>
    <w:p w14:paraId="65607E83" w14:textId="4A81AEC9" w:rsidR="00D03688" w:rsidRPr="00647A1C" w:rsidRDefault="00D03688" w:rsidP="00D03688">
      <w:pPr>
        <w:spacing w:after="0" w:line="240" w:lineRule="auto"/>
        <w:rPr>
          <w:rFonts w:ascii="Arial" w:hAnsi="Arial" w:cs="Arial"/>
          <w:highlight w:val="yellow"/>
        </w:rPr>
      </w:pPr>
      <w:r w:rsidRPr="00647A1C">
        <w:rPr>
          <w:rFonts w:ascii="Arial" w:hAnsi="Arial" w:cs="Arial"/>
          <w:highlight w:val="yellow"/>
        </w:rPr>
        <w:t>Sub-topic</w:t>
      </w:r>
      <w:r w:rsidRPr="00647A1C">
        <w:rPr>
          <w:rFonts w:ascii="Arial" w:hAnsi="Arial" w:cs="Arial"/>
        </w:rPr>
        <w:t xml:space="preserve"> </w:t>
      </w:r>
      <w:r w:rsidR="000078D5" w:rsidRPr="00647A1C">
        <w:rPr>
          <w:rFonts w:ascii="Arial" w:hAnsi="Arial" w:cs="Arial"/>
        </w:rPr>
        <w:t>(Multiple values are accepted)</w:t>
      </w:r>
      <w:r w:rsidR="000078D5" w:rsidRPr="00647A1C">
        <w:rPr>
          <w:rFonts w:ascii="Arial" w:hAnsi="Arial" w:cs="Arial"/>
          <w:highlight w:val="yellow"/>
        </w:rPr>
        <w:t xml:space="preserve">  </w:t>
      </w:r>
    </w:p>
    <w:p w14:paraId="41E24B3F" w14:textId="77777777" w:rsidR="00D03688" w:rsidRPr="00647A1C" w:rsidRDefault="00D03688" w:rsidP="00D03688">
      <w:pPr>
        <w:spacing w:after="0" w:line="240" w:lineRule="auto"/>
        <w:rPr>
          <w:rFonts w:ascii="Arial" w:hAnsi="Arial" w:cs="Arial"/>
        </w:rPr>
      </w:pPr>
      <w:r w:rsidRPr="00647A1C">
        <w:rPr>
          <w:rFonts w:ascii="Arial" w:hAnsi="Arial" w:cs="Arial"/>
          <w:highlight w:val="yellow"/>
        </w:rPr>
        <w:t>[</w:t>
      </w:r>
      <w:proofErr w:type="spellStart"/>
      <w:r w:rsidRPr="00647A1C">
        <w:rPr>
          <w:rFonts w:ascii="Arial" w:hAnsi="Arial" w:cs="Arial"/>
          <w:highlight w:val="yellow"/>
        </w:rPr>
        <w:t>sub_topic_tag</w:t>
      </w:r>
      <w:proofErr w:type="spellEnd"/>
      <w:r w:rsidRPr="00647A1C">
        <w:rPr>
          <w:rFonts w:ascii="Arial" w:hAnsi="Arial" w:cs="Arial"/>
          <w:highlight w:val="yellow"/>
        </w:rPr>
        <w:t>]</w:t>
      </w:r>
      <w:r w:rsidRPr="00647A1C">
        <w:rPr>
          <w:rFonts w:ascii="Arial" w:hAnsi="Arial" w:cs="Arial"/>
        </w:rPr>
        <w:t xml:space="preserve">  </w:t>
      </w:r>
    </w:p>
    <w:p w14:paraId="78F0F35B" w14:textId="77777777" w:rsidR="000078D5" w:rsidRPr="00647A1C" w:rsidRDefault="000078D5" w:rsidP="00D03688">
      <w:pPr>
        <w:spacing w:after="0" w:line="240" w:lineRule="auto"/>
        <w:rPr>
          <w:rFonts w:ascii="Arial" w:hAnsi="Arial" w:cs="Arial"/>
        </w:rPr>
      </w:pPr>
    </w:p>
    <w:p w14:paraId="216D79B1" w14:textId="4EB4F068" w:rsidR="00D03688" w:rsidRPr="00647A1C" w:rsidRDefault="00D03688" w:rsidP="00D03688">
      <w:pPr>
        <w:spacing w:after="0" w:line="240" w:lineRule="auto"/>
        <w:rPr>
          <w:rFonts w:ascii="Arial" w:hAnsi="Arial" w:cs="Arial"/>
        </w:rPr>
      </w:pPr>
      <w:r w:rsidRPr="00647A1C">
        <w:rPr>
          <w:rFonts w:ascii="Arial" w:hAnsi="Arial" w:cs="Arial"/>
        </w:rPr>
        <w:t>Insert sub-topic tag here</w:t>
      </w:r>
    </w:p>
    <w:p w14:paraId="7FE251EA" w14:textId="77777777" w:rsidR="00D03688" w:rsidRPr="00647A1C" w:rsidRDefault="00D03688" w:rsidP="00D03688">
      <w:pPr>
        <w:spacing w:after="0" w:line="240" w:lineRule="auto"/>
        <w:rPr>
          <w:rFonts w:ascii="Arial" w:hAnsi="Arial" w:cs="Arial"/>
        </w:rPr>
      </w:pPr>
    </w:p>
    <w:p w14:paraId="286D7D50" w14:textId="176821CC" w:rsidR="00D03688" w:rsidRPr="00647A1C" w:rsidRDefault="00D03688" w:rsidP="00D03688">
      <w:pPr>
        <w:spacing w:after="0" w:line="240" w:lineRule="auto"/>
        <w:rPr>
          <w:rFonts w:ascii="Arial" w:hAnsi="Arial" w:cs="Arial"/>
          <w:highlight w:val="yellow"/>
        </w:rPr>
      </w:pPr>
      <w:r w:rsidRPr="00647A1C">
        <w:rPr>
          <w:rFonts w:ascii="Arial" w:hAnsi="Arial" w:cs="Arial"/>
          <w:b/>
          <w:bCs/>
          <w:highlight w:val="yellow"/>
        </w:rPr>
        <w:t>Topic*</w:t>
      </w:r>
      <w:r w:rsidRPr="00647A1C">
        <w:rPr>
          <w:rFonts w:ascii="Arial" w:hAnsi="Arial" w:cs="Arial"/>
        </w:rPr>
        <w:t xml:space="preserve"> </w:t>
      </w:r>
      <w:r w:rsidR="00B9412B" w:rsidRPr="00647A1C">
        <w:rPr>
          <w:rFonts w:ascii="Arial" w:hAnsi="Arial" w:cs="Arial"/>
        </w:rPr>
        <w:t>(Required. Multiple values are accepted. Values must be comma-separated and ordered by relevance, from most to least important)</w:t>
      </w:r>
    </w:p>
    <w:p w14:paraId="0B6D30EB" w14:textId="77777777" w:rsidR="00D03688" w:rsidRPr="00647A1C" w:rsidRDefault="00D03688" w:rsidP="00D03688">
      <w:pPr>
        <w:spacing w:after="0" w:line="240" w:lineRule="auto"/>
        <w:rPr>
          <w:rFonts w:ascii="Arial" w:hAnsi="Arial" w:cs="Arial"/>
        </w:rPr>
      </w:pPr>
      <w:r w:rsidRPr="00647A1C">
        <w:rPr>
          <w:rFonts w:ascii="Arial" w:hAnsi="Arial" w:cs="Arial"/>
          <w:highlight w:val="yellow"/>
        </w:rPr>
        <w:t>[</w:t>
      </w:r>
      <w:proofErr w:type="spellStart"/>
      <w:r w:rsidRPr="00647A1C">
        <w:rPr>
          <w:rFonts w:ascii="Arial" w:hAnsi="Arial" w:cs="Arial"/>
          <w:highlight w:val="yellow"/>
        </w:rPr>
        <w:t>topic_tag</w:t>
      </w:r>
      <w:proofErr w:type="spellEnd"/>
      <w:r w:rsidRPr="00647A1C">
        <w:rPr>
          <w:rFonts w:ascii="Arial" w:hAnsi="Arial" w:cs="Arial"/>
          <w:highlight w:val="yellow"/>
        </w:rPr>
        <w:t>]</w:t>
      </w:r>
      <w:r w:rsidRPr="00647A1C">
        <w:rPr>
          <w:rFonts w:ascii="Arial" w:hAnsi="Arial" w:cs="Arial"/>
        </w:rPr>
        <w:t xml:space="preserve">  </w:t>
      </w:r>
    </w:p>
    <w:p w14:paraId="1C79697C" w14:textId="77777777" w:rsidR="00B9412B" w:rsidRPr="00647A1C" w:rsidRDefault="00B9412B" w:rsidP="00D03688">
      <w:pPr>
        <w:spacing w:after="0" w:line="240" w:lineRule="auto"/>
        <w:rPr>
          <w:rFonts w:ascii="Arial" w:hAnsi="Arial" w:cs="Arial"/>
        </w:rPr>
      </w:pPr>
    </w:p>
    <w:p w14:paraId="73E194D0" w14:textId="78D06833" w:rsidR="0034024D" w:rsidRPr="00647A1C" w:rsidRDefault="00D03688" w:rsidP="00D03688">
      <w:pPr>
        <w:spacing w:after="0" w:line="240" w:lineRule="auto"/>
        <w:rPr>
          <w:rFonts w:ascii="Arial" w:hAnsi="Arial" w:cs="Arial"/>
        </w:rPr>
      </w:pPr>
      <w:r w:rsidRPr="00647A1C">
        <w:rPr>
          <w:rFonts w:ascii="Arial" w:hAnsi="Arial" w:cs="Arial"/>
        </w:rPr>
        <w:t>Insert topic tag here</w:t>
      </w:r>
    </w:p>
    <w:p w14:paraId="26405B94" w14:textId="77777777" w:rsidR="00F13037" w:rsidRPr="00647A1C" w:rsidRDefault="00F13037" w:rsidP="00D03688">
      <w:pPr>
        <w:spacing w:after="0" w:line="240" w:lineRule="auto"/>
        <w:rPr>
          <w:rFonts w:ascii="Arial" w:hAnsi="Arial" w:cs="Arial"/>
        </w:rPr>
      </w:pPr>
    </w:p>
    <w:p w14:paraId="312B7CE4" w14:textId="77777777" w:rsidR="0034024D" w:rsidRPr="00647A1C" w:rsidRDefault="0034024D" w:rsidP="00B417EC">
      <w:pPr>
        <w:pStyle w:val="Heading1"/>
        <w:spacing w:before="0" w:line="240" w:lineRule="auto"/>
        <w:rPr>
          <w:rFonts w:ascii="Arial" w:eastAsiaTheme="minorEastAsia" w:hAnsi="Arial" w:cs="Arial"/>
          <w:b w:val="0"/>
          <w:bCs w:val="0"/>
          <w:color w:val="auto"/>
          <w:sz w:val="22"/>
          <w:szCs w:val="22"/>
        </w:rPr>
      </w:pPr>
    </w:p>
    <w:p w14:paraId="3C191EC0" w14:textId="6583E427" w:rsidR="00D5355F" w:rsidRPr="00647A1C" w:rsidRDefault="00000000" w:rsidP="00AB3885">
      <w:pPr>
        <w:rPr>
          <w:rFonts w:ascii="Arial" w:hAnsi="Arial" w:cs="Arial"/>
          <w:b/>
          <w:bCs/>
          <w:sz w:val="28"/>
          <w:szCs w:val="28"/>
        </w:rPr>
      </w:pPr>
      <w:r w:rsidRPr="00647A1C">
        <w:rPr>
          <w:rFonts w:ascii="Arial" w:hAnsi="Arial" w:cs="Arial"/>
          <w:b/>
          <w:bCs/>
          <w:sz w:val="28"/>
          <w:szCs w:val="28"/>
        </w:rPr>
        <w:t xml:space="preserve">3. </w:t>
      </w:r>
      <w:r w:rsidR="001658CE">
        <w:rPr>
          <w:rFonts w:ascii="Arial" w:hAnsi="Arial" w:cs="Arial"/>
          <w:b/>
          <w:bCs/>
          <w:sz w:val="28"/>
          <w:szCs w:val="28"/>
        </w:rPr>
        <w:t xml:space="preserve">Article </w:t>
      </w:r>
      <w:r w:rsidR="00B10389">
        <w:rPr>
          <w:rFonts w:ascii="Arial" w:hAnsi="Arial" w:cs="Arial"/>
          <w:b/>
          <w:bCs/>
          <w:sz w:val="28"/>
          <w:szCs w:val="28"/>
        </w:rPr>
        <w:t>Overview</w:t>
      </w:r>
    </w:p>
    <w:p w14:paraId="1C9E4608" w14:textId="2C060BF7" w:rsidR="001929E3" w:rsidRPr="00647A1C" w:rsidRDefault="003A30DB" w:rsidP="00C15789">
      <w:pPr>
        <w:spacing w:after="0" w:line="240" w:lineRule="auto"/>
        <w:rPr>
          <w:rFonts w:ascii="Arial" w:hAnsi="Arial" w:cs="Arial"/>
        </w:rPr>
      </w:pPr>
      <w:r w:rsidRPr="00647A1C">
        <w:rPr>
          <w:rFonts w:ascii="Arial" w:hAnsi="Arial" w:cs="Arial"/>
          <w:b/>
          <w:bCs/>
          <w:highlight w:val="yellow"/>
        </w:rPr>
        <w:t>A</w:t>
      </w:r>
      <w:r w:rsidR="001929E3" w:rsidRPr="00647A1C">
        <w:rPr>
          <w:rFonts w:ascii="Arial" w:hAnsi="Arial" w:cs="Arial"/>
          <w:b/>
          <w:bCs/>
          <w:highlight w:val="yellow"/>
        </w:rPr>
        <w:t xml:space="preserve">rticle </w:t>
      </w:r>
      <w:r w:rsidRPr="00647A1C">
        <w:rPr>
          <w:rFonts w:ascii="Arial" w:hAnsi="Arial" w:cs="Arial"/>
          <w:b/>
          <w:bCs/>
          <w:highlight w:val="yellow"/>
        </w:rPr>
        <w:t>title</w:t>
      </w:r>
      <w:r w:rsidR="001929E3" w:rsidRPr="00647A1C">
        <w:rPr>
          <w:rFonts w:ascii="Arial" w:hAnsi="Arial" w:cs="Arial"/>
          <w:b/>
          <w:bCs/>
          <w:highlight w:val="yellow"/>
        </w:rPr>
        <w:t>*</w:t>
      </w:r>
      <w:r w:rsidR="001929E3" w:rsidRPr="00647A1C">
        <w:rPr>
          <w:rFonts w:ascii="Arial" w:hAnsi="Arial" w:cs="Arial"/>
          <w:highlight w:val="yellow"/>
        </w:rPr>
        <w:t xml:space="preserve"> </w:t>
      </w:r>
      <w:r w:rsidR="001929E3" w:rsidRPr="00647A1C">
        <w:rPr>
          <w:rFonts w:ascii="Arial" w:hAnsi="Arial" w:cs="Arial"/>
        </w:rPr>
        <w:t>(</w:t>
      </w:r>
      <w:r w:rsidR="004636C4" w:rsidRPr="00647A1C">
        <w:rPr>
          <w:rFonts w:ascii="Arial" w:hAnsi="Arial" w:cs="Arial"/>
        </w:rPr>
        <w:t xml:space="preserve">Required. </w:t>
      </w:r>
      <w:r w:rsidR="001929E3" w:rsidRPr="00647A1C">
        <w:rPr>
          <w:rFonts w:ascii="Arial" w:hAnsi="Arial" w:cs="Arial"/>
        </w:rPr>
        <w:t xml:space="preserve">Max </w:t>
      </w:r>
      <w:r w:rsidRPr="00647A1C">
        <w:rPr>
          <w:rFonts w:ascii="Arial" w:hAnsi="Arial" w:cs="Arial"/>
        </w:rPr>
        <w:t>120</w:t>
      </w:r>
      <w:r w:rsidR="001929E3" w:rsidRPr="00647A1C">
        <w:rPr>
          <w:rFonts w:ascii="Arial" w:hAnsi="Arial" w:cs="Arial"/>
        </w:rPr>
        <w:t xml:space="preserve"> characters</w:t>
      </w:r>
      <w:r w:rsidRPr="00647A1C">
        <w:rPr>
          <w:rFonts w:ascii="Arial" w:hAnsi="Arial" w:cs="Arial"/>
        </w:rPr>
        <w:t>, including spaces</w:t>
      </w:r>
      <w:r w:rsidR="001929E3" w:rsidRPr="00647A1C">
        <w:rPr>
          <w:rFonts w:ascii="Arial" w:hAnsi="Arial" w:cs="Arial"/>
        </w:rPr>
        <w:t>)</w:t>
      </w:r>
    </w:p>
    <w:p w14:paraId="7EF1556D" w14:textId="233EBD7F" w:rsidR="001929E3" w:rsidRPr="00647A1C" w:rsidRDefault="001929E3" w:rsidP="00C15789">
      <w:pPr>
        <w:spacing w:after="0" w:line="240" w:lineRule="auto"/>
        <w:rPr>
          <w:rFonts w:ascii="Arial" w:hAnsi="Arial" w:cs="Arial"/>
        </w:rPr>
      </w:pPr>
      <w:r w:rsidRPr="00647A1C">
        <w:rPr>
          <w:rFonts w:ascii="Arial" w:hAnsi="Arial" w:cs="Arial"/>
          <w:highlight w:val="yellow"/>
        </w:rPr>
        <w:t>[</w:t>
      </w:r>
      <w:proofErr w:type="spellStart"/>
      <w:r w:rsidR="003E5DBB" w:rsidRPr="00647A1C">
        <w:rPr>
          <w:rFonts w:ascii="Arial" w:hAnsi="Arial" w:cs="Arial"/>
          <w:highlight w:val="yellow"/>
        </w:rPr>
        <w:t>article_title</w:t>
      </w:r>
      <w:proofErr w:type="spellEnd"/>
      <w:r w:rsidRPr="00647A1C">
        <w:rPr>
          <w:rFonts w:ascii="Arial" w:hAnsi="Arial" w:cs="Arial"/>
          <w:highlight w:val="yellow"/>
        </w:rPr>
        <w:t>]</w:t>
      </w:r>
    </w:p>
    <w:p w14:paraId="010F84F9" w14:textId="77777777" w:rsidR="003E5DBB" w:rsidRPr="00647A1C" w:rsidRDefault="003E5DBB" w:rsidP="00C15789">
      <w:pPr>
        <w:spacing w:after="0" w:line="240" w:lineRule="auto"/>
        <w:rPr>
          <w:rFonts w:ascii="Arial" w:hAnsi="Arial" w:cs="Arial"/>
        </w:rPr>
      </w:pPr>
    </w:p>
    <w:p w14:paraId="0B674377" w14:textId="64DFED45" w:rsidR="001929E3" w:rsidRPr="00647A1C" w:rsidRDefault="003E5DBB" w:rsidP="00C15789">
      <w:pPr>
        <w:spacing w:after="0" w:line="240" w:lineRule="auto"/>
        <w:rPr>
          <w:rFonts w:ascii="Arial" w:hAnsi="Arial" w:cs="Arial"/>
        </w:rPr>
      </w:pPr>
      <w:r w:rsidRPr="00647A1C">
        <w:rPr>
          <w:rFonts w:ascii="Arial" w:hAnsi="Arial" w:cs="Arial"/>
        </w:rPr>
        <w:t>Insert article title here</w:t>
      </w:r>
    </w:p>
    <w:p w14:paraId="1393F24B" w14:textId="77777777" w:rsidR="001929E3" w:rsidRPr="00647A1C" w:rsidRDefault="001929E3" w:rsidP="00C15789">
      <w:pPr>
        <w:spacing w:after="0" w:line="240" w:lineRule="auto"/>
        <w:rPr>
          <w:rFonts w:ascii="Arial" w:hAnsi="Arial" w:cs="Arial"/>
        </w:rPr>
      </w:pPr>
    </w:p>
    <w:p w14:paraId="311A07A2" w14:textId="5C5B3FF7" w:rsidR="007A5CF1" w:rsidRPr="00647A1C" w:rsidRDefault="007A5CF1" w:rsidP="00C15789">
      <w:pPr>
        <w:spacing w:after="0" w:line="240" w:lineRule="auto"/>
        <w:rPr>
          <w:rFonts w:ascii="Arial" w:hAnsi="Arial" w:cs="Arial"/>
          <w:highlight w:val="yellow"/>
        </w:rPr>
      </w:pPr>
      <w:r w:rsidRPr="00647A1C">
        <w:rPr>
          <w:rFonts w:ascii="Arial" w:hAnsi="Arial" w:cs="Arial"/>
          <w:b/>
          <w:bCs/>
          <w:highlight w:val="yellow"/>
        </w:rPr>
        <w:t>Article s</w:t>
      </w:r>
      <w:r w:rsidR="00BD680D" w:rsidRPr="00647A1C">
        <w:rPr>
          <w:rFonts w:ascii="Arial" w:hAnsi="Arial" w:cs="Arial"/>
          <w:b/>
          <w:bCs/>
          <w:highlight w:val="yellow"/>
        </w:rPr>
        <w:t>tandfirst</w:t>
      </w:r>
      <w:r w:rsidR="001929E3" w:rsidRPr="00647A1C">
        <w:rPr>
          <w:rFonts w:ascii="Arial" w:hAnsi="Arial" w:cs="Arial"/>
          <w:b/>
          <w:bCs/>
          <w:highlight w:val="yellow"/>
        </w:rPr>
        <w:t>*</w:t>
      </w:r>
      <w:r w:rsidR="001929E3" w:rsidRPr="00647A1C">
        <w:rPr>
          <w:rFonts w:ascii="Arial" w:hAnsi="Arial" w:cs="Arial"/>
          <w:highlight w:val="yellow"/>
        </w:rPr>
        <w:t xml:space="preserve"> </w:t>
      </w:r>
      <w:r w:rsidRPr="00647A1C">
        <w:rPr>
          <w:rFonts w:ascii="Arial" w:hAnsi="Arial" w:cs="Arial"/>
        </w:rPr>
        <w:t>(</w:t>
      </w:r>
      <w:r w:rsidR="004636C4" w:rsidRPr="00647A1C">
        <w:rPr>
          <w:rFonts w:ascii="Arial" w:hAnsi="Arial" w:cs="Arial"/>
        </w:rPr>
        <w:t xml:space="preserve">Required. </w:t>
      </w:r>
      <w:r w:rsidRPr="00647A1C">
        <w:rPr>
          <w:rFonts w:ascii="Arial" w:hAnsi="Arial" w:cs="Arial"/>
        </w:rPr>
        <w:t xml:space="preserve">Max </w:t>
      </w:r>
      <w:r w:rsidRPr="00647A1C">
        <w:rPr>
          <w:rFonts w:ascii="Arial" w:hAnsi="Arial" w:cs="Arial"/>
        </w:rPr>
        <w:t>300</w:t>
      </w:r>
      <w:r w:rsidRPr="00647A1C">
        <w:rPr>
          <w:rFonts w:ascii="Arial" w:hAnsi="Arial" w:cs="Arial"/>
        </w:rPr>
        <w:t xml:space="preserve"> characters, including spaces)</w:t>
      </w:r>
      <w:r w:rsidRPr="00647A1C">
        <w:rPr>
          <w:rFonts w:ascii="Arial" w:hAnsi="Arial" w:cs="Arial"/>
        </w:rPr>
        <w:t xml:space="preserve"> </w:t>
      </w:r>
    </w:p>
    <w:p w14:paraId="265967E0" w14:textId="576CD067" w:rsidR="001929E3" w:rsidRPr="00647A1C" w:rsidRDefault="001929E3" w:rsidP="00C15789">
      <w:pPr>
        <w:spacing w:after="0" w:line="240" w:lineRule="auto"/>
        <w:rPr>
          <w:rFonts w:ascii="Arial" w:hAnsi="Arial" w:cs="Arial"/>
        </w:rPr>
      </w:pPr>
      <w:r w:rsidRPr="00647A1C">
        <w:rPr>
          <w:rFonts w:ascii="Arial" w:hAnsi="Arial" w:cs="Arial"/>
          <w:highlight w:val="yellow"/>
        </w:rPr>
        <w:t>[</w:t>
      </w:r>
      <w:r w:rsidR="007A5CF1" w:rsidRPr="00647A1C">
        <w:rPr>
          <w:rFonts w:ascii="Arial" w:hAnsi="Arial" w:cs="Arial"/>
          <w:highlight w:val="yellow"/>
        </w:rPr>
        <w:t>standfirst</w:t>
      </w:r>
      <w:r w:rsidRPr="00647A1C">
        <w:rPr>
          <w:rFonts w:ascii="Arial" w:hAnsi="Arial" w:cs="Arial"/>
          <w:highlight w:val="yellow"/>
        </w:rPr>
        <w:t>]</w:t>
      </w:r>
    </w:p>
    <w:p w14:paraId="2CC130E6" w14:textId="77777777" w:rsidR="003E5DBB" w:rsidRPr="00647A1C" w:rsidRDefault="003E5DBB" w:rsidP="00C15789">
      <w:pPr>
        <w:spacing w:after="0" w:line="240" w:lineRule="auto"/>
        <w:rPr>
          <w:rFonts w:ascii="Arial" w:hAnsi="Arial" w:cs="Arial"/>
        </w:rPr>
      </w:pPr>
    </w:p>
    <w:p w14:paraId="4EF2B46C" w14:textId="3D7DC137" w:rsidR="001929E3" w:rsidRPr="00647A1C" w:rsidRDefault="00A314A0" w:rsidP="00C1578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Enter</w:t>
      </w:r>
      <w:r w:rsidR="003E5DBB" w:rsidRPr="00647A1C">
        <w:rPr>
          <w:rFonts w:ascii="Arial" w:hAnsi="Arial" w:cs="Arial"/>
        </w:rPr>
        <w:t xml:space="preserve"> article standfirst here</w:t>
      </w:r>
    </w:p>
    <w:p w14:paraId="500067FA" w14:textId="77777777" w:rsidR="001929E3" w:rsidRPr="00647A1C" w:rsidRDefault="001929E3" w:rsidP="00C15789">
      <w:pPr>
        <w:spacing w:after="0" w:line="240" w:lineRule="auto"/>
        <w:rPr>
          <w:rFonts w:ascii="Arial" w:hAnsi="Arial" w:cs="Arial"/>
        </w:rPr>
      </w:pPr>
    </w:p>
    <w:p w14:paraId="3AA1CC5E" w14:textId="3B192B45" w:rsidR="001929E3" w:rsidRPr="00647A1C" w:rsidRDefault="001929E3" w:rsidP="00C15789">
      <w:pPr>
        <w:spacing w:after="0" w:line="240" w:lineRule="auto"/>
        <w:rPr>
          <w:rFonts w:ascii="Arial" w:hAnsi="Arial" w:cs="Arial"/>
        </w:rPr>
      </w:pPr>
      <w:r w:rsidRPr="00647A1C">
        <w:rPr>
          <w:rFonts w:ascii="Arial" w:hAnsi="Arial" w:cs="Arial"/>
          <w:b/>
          <w:bCs/>
          <w:highlight w:val="yellow"/>
        </w:rPr>
        <w:t>Key takeaways</w:t>
      </w:r>
      <w:r w:rsidRPr="00647A1C">
        <w:rPr>
          <w:rFonts w:ascii="Arial" w:hAnsi="Arial" w:cs="Arial"/>
        </w:rPr>
        <w:t xml:space="preserve"> (</w:t>
      </w:r>
      <w:r w:rsidR="00615C6B" w:rsidRPr="00647A1C">
        <w:rPr>
          <w:rFonts w:ascii="Arial" w:hAnsi="Arial" w:cs="Arial"/>
        </w:rPr>
        <w:t xml:space="preserve">Optional. </w:t>
      </w:r>
      <w:r w:rsidR="005A05A4" w:rsidRPr="00647A1C">
        <w:rPr>
          <w:rFonts w:ascii="Arial" w:hAnsi="Arial" w:cs="Arial"/>
        </w:rPr>
        <w:t xml:space="preserve">2-3 </w:t>
      </w:r>
      <w:r w:rsidR="00615C6B" w:rsidRPr="00647A1C">
        <w:rPr>
          <w:rFonts w:ascii="Arial" w:hAnsi="Arial" w:cs="Arial"/>
        </w:rPr>
        <w:t>items</w:t>
      </w:r>
      <w:r w:rsidR="002D015B">
        <w:rPr>
          <w:rFonts w:ascii="Arial" w:hAnsi="Arial" w:cs="Arial"/>
        </w:rPr>
        <w:t xml:space="preserve">. Leave blank if </w:t>
      </w:r>
      <w:r w:rsidR="007368C9">
        <w:rPr>
          <w:rFonts w:ascii="Arial" w:hAnsi="Arial" w:cs="Arial"/>
        </w:rPr>
        <w:t>there</w:t>
      </w:r>
      <w:r w:rsidR="00A314A0">
        <w:rPr>
          <w:rFonts w:ascii="Arial" w:hAnsi="Arial" w:cs="Arial"/>
        </w:rPr>
        <w:t xml:space="preserve"> are</w:t>
      </w:r>
      <w:r w:rsidR="007368C9">
        <w:rPr>
          <w:rFonts w:ascii="Arial" w:hAnsi="Arial" w:cs="Arial"/>
        </w:rPr>
        <w:t xml:space="preserve"> </w:t>
      </w:r>
      <w:r w:rsidR="003F2217">
        <w:rPr>
          <w:rFonts w:ascii="Arial" w:hAnsi="Arial" w:cs="Arial"/>
        </w:rPr>
        <w:t>none.</w:t>
      </w:r>
      <w:r w:rsidRPr="00647A1C">
        <w:rPr>
          <w:rFonts w:ascii="Arial" w:hAnsi="Arial" w:cs="Arial"/>
        </w:rPr>
        <w:t>)</w:t>
      </w:r>
    </w:p>
    <w:p w14:paraId="6C2A1739" w14:textId="77777777" w:rsidR="001929E3" w:rsidRPr="00647A1C" w:rsidRDefault="001929E3" w:rsidP="00C15789">
      <w:pPr>
        <w:spacing w:after="0" w:line="240" w:lineRule="auto"/>
        <w:rPr>
          <w:rFonts w:ascii="Arial" w:hAnsi="Arial" w:cs="Arial"/>
        </w:rPr>
      </w:pPr>
      <w:r w:rsidRPr="00647A1C">
        <w:rPr>
          <w:rFonts w:ascii="Arial" w:hAnsi="Arial" w:cs="Arial"/>
          <w:highlight w:val="yellow"/>
        </w:rPr>
        <w:t>[</w:t>
      </w:r>
      <w:proofErr w:type="spellStart"/>
      <w:r w:rsidRPr="00647A1C">
        <w:rPr>
          <w:rFonts w:ascii="Arial" w:hAnsi="Arial" w:cs="Arial"/>
          <w:highlight w:val="yellow"/>
        </w:rPr>
        <w:t>key_takeaways</w:t>
      </w:r>
      <w:proofErr w:type="spellEnd"/>
      <w:r w:rsidRPr="00647A1C">
        <w:rPr>
          <w:rFonts w:ascii="Arial" w:hAnsi="Arial" w:cs="Arial"/>
          <w:highlight w:val="yellow"/>
        </w:rPr>
        <w:t>]</w:t>
      </w:r>
    </w:p>
    <w:p w14:paraId="25C9E72F" w14:textId="43B64266" w:rsidR="001929E3" w:rsidRPr="00647A1C" w:rsidRDefault="001929E3" w:rsidP="00C15789">
      <w:pPr>
        <w:spacing w:after="0" w:line="240" w:lineRule="auto"/>
        <w:rPr>
          <w:rFonts w:ascii="Arial" w:hAnsi="Arial" w:cs="Arial"/>
        </w:rPr>
      </w:pPr>
      <w:r w:rsidRPr="00647A1C">
        <w:rPr>
          <w:rFonts w:ascii="Arial" w:hAnsi="Arial" w:cs="Arial"/>
        </w:rPr>
        <w:t xml:space="preserve">- </w:t>
      </w:r>
      <w:r w:rsidR="00A314A0">
        <w:rPr>
          <w:rFonts w:ascii="Arial" w:hAnsi="Arial" w:cs="Arial"/>
        </w:rPr>
        <w:t>Enter</w:t>
      </w:r>
      <w:r w:rsidR="00527269" w:rsidRPr="00647A1C">
        <w:rPr>
          <w:rFonts w:ascii="Arial" w:hAnsi="Arial" w:cs="Arial"/>
        </w:rPr>
        <w:t xml:space="preserve"> </w:t>
      </w:r>
      <w:proofErr w:type="spellStart"/>
      <w:r w:rsidR="00527269" w:rsidRPr="00647A1C">
        <w:rPr>
          <w:rFonts w:ascii="Arial" w:hAnsi="Arial" w:cs="Arial"/>
        </w:rPr>
        <w:t>takeway</w:t>
      </w:r>
      <w:proofErr w:type="spellEnd"/>
      <w:r w:rsidR="00527269" w:rsidRPr="00647A1C">
        <w:rPr>
          <w:rFonts w:ascii="Arial" w:hAnsi="Arial" w:cs="Arial"/>
        </w:rPr>
        <w:t xml:space="preserve"> 1 here</w:t>
      </w:r>
    </w:p>
    <w:p w14:paraId="72477FE6" w14:textId="10F272FB" w:rsidR="00527269" w:rsidRPr="00647A1C" w:rsidRDefault="00527269" w:rsidP="00527269">
      <w:pPr>
        <w:spacing w:after="0" w:line="240" w:lineRule="auto"/>
        <w:rPr>
          <w:rFonts w:ascii="Arial" w:hAnsi="Arial" w:cs="Arial"/>
        </w:rPr>
      </w:pPr>
      <w:r w:rsidRPr="00647A1C">
        <w:rPr>
          <w:rFonts w:ascii="Arial" w:hAnsi="Arial" w:cs="Arial"/>
        </w:rPr>
        <w:t xml:space="preserve">- </w:t>
      </w:r>
      <w:r w:rsidR="00A314A0">
        <w:rPr>
          <w:rFonts w:ascii="Arial" w:hAnsi="Arial" w:cs="Arial"/>
        </w:rPr>
        <w:t>Enter</w:t>
      </w:r>
      <w:r w:rsidRPr="00647A1C">
        <w:rPr>
          <w:rFonts w:ascii="Arial" w:hAnsi="Arial" w:cs="Arial"/>
        </w:rPr>
        <w:t xml:space="preserve"> </w:t>
      </w:r>
      <w:proofErr w:type="spellStart"/>
      <w:r w:rsidRPr="00647A1C">
        <w:rPr>
          <w:rFonts w:ascii="Arial" w:hAnsi="Arial" w:cs="Arial"/>
        </w:rPr>
        <w:t>takeway</w:t>
      </w:r>
      <w:proofErr w:type="spellEnd"/>
      <w:r w:rsidRPr="00647A1C">
        <w:rPr>
          <w:rFonts w:ascii="Arial" w:hAnsi="Arial" w:cs="Arial"/>
        </w:rPr>
        <w:t xml:space="preserve"> </w:t>
      </w:r>
      <w:r w:rsidRPr="00647A1C">
        <w:rPr>
          <w:rFonts w:ascii="Arial" w:hAnsi="Arial" w:cs="Arial"/>
        </w:rPr>
        <w:t>2</w:t>
      </w:r>
      <w:r w:rsidRPr="00647A1C">
        <w:rPr>
          <w:rFonts w:ascii="Arial" w:hAnsi="Arial" w:cs="Arial"/>
        </w:rPr>
        <w:t xml:space="preserve"> here</w:t>
      </w:r>
    </w:p>
    <w:p w14:paraId="3FFF71B4" w14:textId="4F4891C3" w:rsidR="00C15789" w:rsidRPr="00647A1C" w:rsidRDefault="00527269" w:rsidP="00C15789">
      <w:pPr>
        <w:spacing w:after="0" w:line="240" w:lineRule="auto"/>
        <w:rPr>
          <w:rFonts w:ascii="Arial" w:hAnsi="Arial" w:cs="Arial"/>
        </w:rPr>
      </w:pPr>
      <w:r w:rsidRPr="00647A1C">
        <w:rPr>
          <w:rFonts w:ascii="Arial" w:hAnsi="Arial" w:cs="Arial"/>
        </w:rPr>
        <w:t xml:space="preserve">- </w:t>
      </w:r>
      <w:r w:rsidR="00A314A0">
        <w:rPr>
          <w:rFonts w:ascii="Arial" w:hAnsi="Arial" w:cs="Arial"/>
        </w:rPr>
        <w:t>Enter</w:t>
      </w:r>
      <w:r w:rsidRPr="00647A1C">
        <w:rPr>
          <w:rFonts w:ascii="Arial" w:hAnsi="Arial" w:cs="Arial"/>
        </w:rPr>
        <w:t xml:space="preserve"> </w:t>
      </w:r>
      <w:proofErr w:type="spellStart"/>
      <w:r w:rsidRPr="00647A1C">
        <w:rPr>
          <w:rFonts w:ascii="Arial" w:hAnsi="Arial" w:cs="Arial"/>
        </w:rPr>
        <w:t>takeway</w:t>
      </w:r>
      <w:proofErr w:type="spellEnd"/>
      <w:r w:rsidRPr="00647A1C">
        <w:rPr>
          <w:rFonts w:ascii="Arial" w:hAnsi="Arial" w:cs="Arial"/>
        </w:rPr>
        <w:t xml:space="preserve"> </w:t>
      </w:r>
      <w:r w:rsidRPr="00647A1C">
        <w:rPr>
          <w:rFonts w:ascii="Arial" w:hAnsi="Arial" w:cs="Arial"/>
        </w:rPr>
        <w:t>3</w:t>
      </w:r>
      <w:r w:rsidRPr="00647A1C">
        <w:rPr>
          <w:rFonts w:ascii="Arial" w:hAnsi="Arial" w:cs="Arial"/>
        </w:rPr>
        <w:t xml:space="preserve"> here</w:t>
      </w:r>
    </w:p>
    <w:p w14:paraId="06662E69" w14:textId="77777777" w:rsidR="00C15789" w:rsidRDefault="00C15789" w:rsidP="00C15789">
      <w:pPr>
        <w:spacing w:after="0" w:line="240" w:lineRule="auto"/>
        <w:rPr>
          <w:rFonts w:ascii="Arial" w:hAnsi="Arial" w:cs="Arial"/>
        </w:rPr>
      </w:pPr>
    </w:p>
    <w:p w14:paraId="5C0B862B" w14:textId="77777777" w:rsidR="00353E39" w:rsidRPr="00647A1C" w:rsidRDefault="00353E39" w:rsidP="00C15789">
      <w:pPr>
        <w:spacing w:after="0" w:line="240" w:lineRule="auto"/>
        <w:rPr>
          <w:rFonts w:ascii="Arial" w:hAnsi="Arial" w:cs="Arial"/>
        </w:rPr>
      </w:pPr>
    </w:p>
    <w:p w14:paraId="43A3C490" w14:textId="2907A2F0" w:rsidR="00D5355F" w:rsidRPr="00647A1C" w:rsidRDefault="00000000" w:rsidP="00AB3885">
      <w:pPr>
        <w:rPr>
          <w:rFonts w:ascii="Arial" w:hAnsi="Arial" w:cs="Arial"/>
          <w:b/>
          <w:bCs/>
          <w:sz w:val="28"/>
          <w:szCs w:val="28"/>
        </w:rPr>
      </w:pPr>
      <w:r w:rsidRPr="00647A1C">
        <w:rPr>
          <w:rFonts w:ascii="Arial" w:hAnsi="Arial" w:cs="Arial"/>
          <w:b/>
          <w:bCs/>
          <w:sz w:val="28"/>
          <w:szCs w:val="28"/>
        </w:rPr>
        <w:t xml:space="preserve">4. </w:t>
      </w:r>
      <w:r w:rsidR="00384C3B">
        <w:rPr>
          <w:rFonts w:ascii="Arial" w:hAnsi="Arial" w:cs="Arial"/>
          <w:b/>
          <w:bCs/>
          <w:sz w:val="28"/>
          <w:szCs w:val="28"/>
        </w:rPr>
        <w:t>Main Content</w:t>
      </w:r>
    </w:p>
    <w:p w14:paraId="771DF08B" w14:textId="6912F9C1" w:rsidR="005B4F6D" w:rsidRPr="005B4F6D" w:rsidRDefault="00384C3B" w:rsidP="009F51CD">
      <w:pPr>
        <w:spacing w:after="0"/>
        <w:rPr>
          <w:rFonts w:ascii="Arial" w:hAnsi="Arial" w:cs="Arial"/>
        </w:rPr>
      </w:pPr>
      <w:r w:rsidRPr="00384C3B">
        <w:rPr>
          <w:rFonts w:ascii="Arial" w:hAnsi="Arial" w:cs="Arial"/>
          <w:b/>
          <w:bCs/>
          <w:highlight w:val="yellow"/>
        </w:rPr>
        <w:t>Article body</w:t>
      </w:r>
      <w:r w:rsidR="00621B2F">
        <w:rPr>
          <w:rFonts w:ascii="Arial" w:hAnsi="Arial" w:cs="Arial"/>
          <w:highlight w:val="yellow"/>
        </w:rPr>
        <w:t>*</w:t>
      </w:r>
      <w:r w:rsidR="00621B2F" w:rsidRPr="00621B2F">
        <w:rPr>
          <w:rFonts w:ascii="Arial" w:hAnsi="Arial" w:cs="Arial"/>
        </w:rPr>
        <w:t xml:space="preserve"> (</w:t>
      </w:r>
      <w:r w:rsidR="00FC798D" w:rsidRPr="00FC798D">
        <w:rPr>
          <w:rFonts w:ascii="Arial" w:hAnsi="Arial" w:cs="Arial"/>
        </w:rPr>
        <w:t xml:space="preserve">Use </w:t>
      </w:r>
      <w:r w:rsidR="00FC798D" w:rsidRPr="00CC5AC7">
        <w:rPr>
          <w:rFonts w:ascii="Arial" w:hAnsi="Arial" w:cs="Arial"/>
          <w:b/>
          <w:bCs/>
        </w:rPr>
        <w:t>#</w:t>
      </w:r>
      <w:r w:rsidR="00FC798D" w:rsidRPr="00FC798D">
        <w:rPr>
          <w:rFonts w:ascii="Arial" w:hAnsi="Arial" w:cs="Arial"/>
        </w:rPr>
        <w:t xml:space="preserve"> for main section heading, </w:t>
      </w:r>
      <w:r w:rsidR="00FC798D" w:rsidRPr="00CC5AC7">
        <w:rPr>
          <w:rFonts w:ascii="Arial" w:hAnsi="Arial" w:cs="Arial"/>
          <w:b/>
          <w:bCs/>
        </w:rPr>
        <w:t>##</w:t>
      </w:r>
      <w:r w:rsidR="00FC798D" w:rsidRPr="00FC798D">
        <w:rPr>
          <w:rFonts w:ascii="Arial" w:hAnsi="Arial" w:cs="Arial"/>
        </w:rPr>
        <w:t xml:space="preserve"> for subheadings, and </w:t>
      </w:r>
      <w:r w:rsidR="00FC798D" w:rsidRPr="00CC5AC7">
        <w:rPr>
          <w:rFonts w:ascii="Arial" w:hAnsi="Arial" w:cs="Arial"/>
          <w:b/>
          <w:bCs/>
        </w:rPr>
        <w:t>###</w:t>
      </w:r>
      <w:r w:rsidR="00FC798D" w:rsidRPr="00FC798D">
        <w:rPr>
          <w:rFonts w:ascii="Arial" w:hAnsi="Arial" w:cs="Arial"/>
        </w:rPr>
        <w:t xml:space="preserve"> for any deeper sub</w:t>
      </w:r>
      <w:r w:rsidR="00FC798D" w:rsidRPr="00FC798D">
        <w:rPr>
          <w:rFonts w:ascii="Cambria Math" w:hAnsi="Cambria Math" w:cs="Cambria Math"/>
        </w:rPr>
        <w:t>‑</w:t>
      </w:r>
      <w:r w:rsidR="00FC798D" w:rsidRPr="00FC798D">
        <w:rPr>
          <w:rFonts w:ascii="Arial" w:hAnsi="Arial" w:cs="Arial"/>
        </w:rPr>
        <w:t>subheadings.</w:t>
      </w:r>
      <w:r w:rsidR="00EC4DD7">
        <w:rPr>
          <w:rFonts w:ascii="Arial" w:hAnsi="Arial" w:cs="Arial"/>
        </w:rPr>
        <w:t xml:space="preserve"> </w:t>
      </w:r>
      <w:r w:rsidR="00120789" w:rsidRPr="00120789">
        <w:rPr>
          <w:rFonts w:ascii="Arial" w:hAnsi="Arial" w:cs="Arial"/>
          <w:b/>
          <w:bCs/>
        </w:rPr>
        <w:t>Do not delete the # symbols</w:t>
      </w:r>
      <w:r w:rsidR="00CC78F8">
        <w:rPr>
          <w:rFonts w:ascii="Arial" w:hAnsi="Arial" w:cs="Arial"/>
          <w:b/>
          <w:bCs/>
        </w:rPr>
        <w:t xml:space="preserve">. </w:t>
      </w:r>
      <w:r w:rsidR="002C5337" w:rsidRPr="002C5337">
        <w:rPr>
          <w:rFonts w:ascii="Arial" w:hAnsi="Arial" w:cs="Arial"/>
        </w:rPr>
        <w:t xml:space="preserve">Add or remove sections and subheadings as needed. </w:t>
      </w:r>
      <w:r w:rsidR="00CC78F8" w:rsidRPr="00CC78F8">
        <w:rPr>
          <w:rFonts w:ascii="Arial" w:hAnsi="Arial" w:cs="Arial"/>
        </w:rPr>
        <w:t>Use “Section 1” below as a sample and copy its format to create additional sections.</w:t>
      </w:r>
      <w:r w:rsidR="00FC798D">
        <w:rPr>
          <w:rFonts w:ascii="Arial" w:hAnsi="Arial" w:cs="Arial"/>
        </w:rPr>
        <w:t>)</w:t>
      </w:r>
      <w:r>
        <w:rPr>
          <w:rFonts w:ascii="Arial" w:hAnsi="Arial" w:cs="Arial"/>
          <w:highlight w:val="yellow"/>
        </w:rPr>
        <w:br/>
      </w:r>
      <w:r w:rsidR="005B4F6D" w:rsidRPr="00384C3B">
        <w:rPr>
          <w:rFonts w:ascii="Arial" w:hAnsi="Arial" w:cs="Arial"/>
          <w:highlight w:val="yellow"/>
        </w:rPr>
        <w:t>[</w:t>
      </w:r>
      <w:proofErr w:type="spellStart"/>
      <w:r w:rsidR="005B4F6D" w:rsidRPr="00384C3B">
        <w:rPr>
          <w:rFonts w:ascii="Arial" w:hAnsi="Arial" w:cs="Arial"/>
          <w:highlight w:val="yellow"/>
        </w:rPr>
        <w:t>article_body</w:t>
      </w:r>
      <w:proofErr w:type="spellEnd"/>
      <w:r w:rsidR="005B4F6D" w:rsidRPr="00384C3B">
        <w:rPr>
          <w:rFonts w:ascii="Arial" w:hAnsi="Arial" w:cs="Arial"/>
          <w:highlight w:val="yellow"/>
        </w:rPr>
        <w:t>]</w:t>
      </w:r>
    </w:p>
    <w:p w14:paraId="3497D1F0" w14:textId="77777777" w:rsidR="00A05302" w:rsidRPr="009925BF" w:rsidRDefault="00A05302" w:rsidP="009F51CD">
      <w:pPr>
        <w:spacing w:after="0"/>
        <w:rPr>
          <w:rFonts w:ascii="Arial" w:hAnsi="Arial" w:cs="Arial"/>
        </w:rPr>
      </w:pPr>
    </w:p>
    <w:p w14:paraId="64959F1F" w14:textId="45DC6EEA" w:rsidR="009F51CD" w:rsidRPr="00EC4DD7" w:rsidRDefault="009F51CD" w:rsidP="009F51CD">
      <w:pPr>
        <w:spacing w:after="0"/>
        <w:rPr>
          <w:rFonts w:ascii="Arial" w:hAnsi="Arial" w:cs="Arial"/>
          <w:b/>
          <w:bCs/>
        </w:rPr>
      </w:pPr>
      <w:r w:rsidRPr="00120789">
        <w:rPr>
          <w:rFonts w:ascii="Arial" w:hAnsi="Arial" w:cs="Arial"/>
          <w:b/>
          <w:bCs/>
          <w:highlight w:val="yellow"/>
        </w:rPr>
        <w:t>#</w:t>
      </w:r>
      <w:r w:rsidRPr="00EC4DD7">
        <w:rPr>
          <w:rFonts w:ascii="Arial" w:hAnsi="Arial" w:cs="Arial"/>
          <w:b/>
          <w:bCs/>
        </w:rPr>
        <w:t xml:space="preserve"> </w:t>
      </w:r>
      <w:r w:rsidR="00C32E68" w:rsidRPr="00EC4DD7">
        <w:rPr>
          <w:rFonts w:ascii="Arial" w:hAnsi="Arial" w:cs="Arial"/>
          <w:b/>
          <w:bCs/>
        </w:rPr>
        <w:t xml:space="preserve">Enter </w:t>
      </w:r>
      <w:r w:rsidRPr="00EC4DD7">
        <w:rPr>
          <w:rFonts w:ascii="Arial" w:hAnsi="Arial" w:cs="Arial"/>
          <w:b/>
          <w:bCs/>
        </w:rPr>
        <w:t>section 1 heading here</w:t>
      </w:r>
    </w:p>
    <w:p w14:paraId="202FCEB6" w14:textId="77777777" w:rsidR="00384C3B" w:rsidRDefault="00384C3B" w:rsidP="009F51CD">
      <w:pPr>
        <w:spacing w:after="0"/>
        <w:rPr>
          <w:rFonts w:ascii="Arial" w:hAnsi="Arial" w:cs="Arial"/>
        </w:rPr>
      </w:pPr>
    </w:p>
    <w:p w14:paraId="23E146EA" w14:textId="51966A5F" w:rsidR="00DD6B25" w:rsidRDefault="00DD6B25" w:rsidP="009F51CD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Enter </w:t>
      </w:r>
      <w:r w:rsidR="000A1F8F">
        <w:rPr>
          <w:rFonts w:ascii="Arial" w:hAnsi="Arial" w:cs="Arial"/>
        </w:rPr>
        <w:t xml:space="preserve">content </w:t>
      </w:r>
      <w:r w:rsidR="00637444">
        <w:rPr>
          <w:rFonts w:ascii="Arial" w:hAnsi="Arial" w:cs="Arial"/>
        </w:rPr>
        <w:t>here</w:t>
      </w:r>
      <w:r w:rsidR="000A1F8F">
        <w:rPr>
          <w:rFonts w:ascii="Arial" w:hAnsi="Arial" w:cs="Arial"/>
        </w:rPr>
        <w:t>.</w:t>
      </w:r>
    </w:p>
    <w:p w14:paraId="4979D000" w14:textId="77777777" w:rsidR="00C070B2" w:rsidRDefault="00C070B2" w:rsidP="009F51CD">
      <w:pPr>
        <w:spacing w:after="0"/>
        <w:rPr>
          <w:rFonts w:ascii="Arial" w:hAnsi="Arial" w:cs="Arial"/>
          <w:b/>
          <w:bCs/>
        </w:rPr>
      </w:pPr>
    </w:p>
    <w:p w14:paraId="7210B016" w14:textId="7836D549" w:rsidR="003C41BF" w:rsidRPr="00EC4DD7" w:rsidRDefault="003C41BF" w:rsidP="009F51CD">
      <w:pPr>
        <w:spacing w:after="0"/>
        <w:rPr>
          <w:rFonts w:ascii="Arial" w:hAnsi="Arial" w:cs="Arial"/>
          <w:b/>
          <w:bCs/>
        </w:rPr>
      </w:pPr>
      <w:r w:rsidRPr="00120789">
        <w:rPr>
          <w:rFonts w:ascii="Arial" w:hAnsi="Arial" w:cs="Arial"/>
          <w:b/>
          <w:bCs/>
          <w:highlight w:val="yellow"/>
        </w:rPr>
        <w:t>#</w:t>
      </w:r>
      <w:r w:rsidR="003143D8" w:rsidRPr="00120789">
        <w:rPr>
          <w:rFonts w:ascii="Arial" w:hAnsi="Arial" w:cs="Arial"/>
          <w:b/>
          <w:bCs/>
          <w:highlight w:val="yellow"/>
        </w:rPr>
        <w:t>#</w:t>
      </w:r>
      <w:r w:rsidRPr="00EC4DD7">
        <w:rPr>
          <w:rFonts w:ascii="Arial" w:hAnsi="Arial" w:cs="Arial"/>
          <w:b/>
          <w:bCs/>
        </w:rPr>
        <w:t xml:space="preserve"> </w:t>
      </w:r>
      <w:r w:rsidRPr="00EC4DD7">
        <w:rPr>
          <w:rFonts w:ascii="Arial" w:hAnsi="Arial" w:cs="Arial"/>
          <w:b/>
          <w:bCs/>
        </w:rPr>
        <w:t>Enter s</w:t>
      </w:r>
      <w:r w:rsidRPr="00EC4DD7">
        <w:rPr>
          <w:rFonts w:ascii="Arial" w:hAnsi="Arial" w:cs="Arial"/>
          <w:b/>
          <w:bCs/>
        </w:rPr>
        <w:t>ubheading 1.1</w:t>
      </w:r>
      <w:r w:rsidRPr="00EC4DD7">
        <w:rPr>
          <w:rFonts w:ascii="Arial" w:hAnsi="Arial" w:cs="Arial"/>
          <w:b/>
          <w:bCs/>
        </w:rPr>
        <w:t xml:space="preserve"> here</w:t>
      </w:r>
    </w:p>
    <w:p w14:paraId="3AEAD268" w14:textId="77777777" w:rsidR="003C41BF" w:rsidRDefault="003C41BF" w:rsidP="009F51CD">
      <w:pPr>
        <w:spacing w:after="0"/>
        <w:rPr>
          <w:rFonts w:ascii="Arial" w:hAnsi="Arial" w:cs="Arial"/>
        </w:rPr>
      </w:pPr>
    </w:p>
    <w:p w14:paraId="782873C7" w14:textId="73CDFB12" w:rsidR="003C41BF" w:rsidRDefault="003C41BF" w:rsidP="009F51CD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Enter </w:t>
      </w:r>
      <w:r w:rsidR="00637444">
        <w:rPr>
          <w:rFonts w:ascii="Arial" w:hAnsi="Arial" w:cs="Arial"/>
        </w:rPr>
        <w:t>content here</w:t>
      </w:r>
    </w:p>
    <w:p w14:paraId="62BDA87C" w14:textId="77777777" w:rsidR="003C41BF" w:rsidRDefault="003C41BF" w:rsidP="009F51CD">
      <w:pPr>
        <w:spacing w:after="0"/>
        <w:rPr>
          <w:rFonts w:ascii="Arial" w:hAnsi="Arial" w:cs="Arial"/>
        </w:rPr>
      </w:pPr>
    </w:p>
    <w:p w14:paraId="0F33B8EA" w14:textId="21AA535B" w:rsidR="003143D8" w:rsidRPr="00EC4DD7" w:rsidRDefault="003143D8" w:rsidP="003143D8">
      <w:pPr>
        <w:spacing w:after="0"/>
        <w:rPr>
          <w:rFonts w:ascii="Arial" w:hAnsi="Arial" w:cs="Arial"/>
          <w:b/>
          <w:bCs/>
        </w:rPr>
      </w:pPr>
      <w:r w:rsidRPr="00120789">
        <w:rPr>
          <w:rFonts w:ascii="Arial" w:hAnsi="Arial" w:cs="Arial"/>
          <w:b/>
          <w:bCs/>
          <w:highlight w:val="yellow"/>
        </w:rPr>
        <w:t>##</w:t>
      </w:r>
      <w:r w:rsidRPr="00EC4DD7">
        <w:rPr>
          <w:rFonts w:ascii="Arial" w:hAnsi="Arial" w:cs="Arial"/>
          <w:b/>
          <w:bCs/>
        </w:rPr>
        <w:t xml:space="preserve"> Enter subheading 1.</w:t>
      </w:r>
      <w:r w:rsidRPr="00EC4DD7">
        <w:rPr>
          <w:rFonts w:ascii="Arial" w:hAnsi="Arial" w:cs="Arial"/>
          <w:b/>
          <w:bCs/>
        </w:rPr>
        <w:t>2</w:t>
      </w:r>
      <w:r w:rsidRPr="00EC4DD7">
        <w:rPr>
          <w:rFonts w:ascii="Arial" w:hAnsi="Arial" w:cs="Arial"/>
          <w:b/>
          <w:bCs/>
        </w:rPr>
        <w:t xml:space="preserve"> here</w:t>
      </w:r>
    </w:p>
    <w:p w14:paraId="19CAABF6" w14:textId="77777777" w:rsidR="003143D8" w:rsidRDefault="003143D8" w:rsidP="009F51CD">
      <w:pPr>
        <w:spacing w:after="0"/>
        <w:rPr>
          <w:rFonts w:ascii="Arial" w:hAnsi="Arial" w:cs="Arial"/>
        </w:rPr>
      </w:pPr>
    </w:p>
    <w:p w14:paraId="0E264E1A" w14:textId="77777777" w:rsidR="003143D8" w:rsidRDefault="003143D8" w:rsidP="003143D8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Enter content here</w:t>
      </w:r>
    </w:p>
    <w:p w14:paraId="3D0BF0EB" w14:textId="77777777" w:rsidR="003143D8" w:rsidRDefault="003143D8" w:rsidP="009F51CD">
      <w:pPr>
        <w:spacing w:after="0"/>
        <w:rPr>
          <w:rFonts w:ascii="Arial" w:hAnsi="Arial" w:cs="Arial"/>
        </w:rPr>
      </w:pPr>
    </w:p>
    <w:p w14:paraId="05475EA2" w14:textId="77777777" w:rsidR="00852078" w:rsidRDefault="00852078" w:rsidP="009F51CD">
      <w:pPr>
        <w:spacing w:after="0"/>
        <w:rPr>
          <w:rFonts w:ascii="Arial" w:hAnsi="Arial" w:cs="Arial"/>
        </w:rPr>
      </w:pPr>
    </w:p>
    <w:p w14:paraId="54EB1149" w14:textId="411C140F" w:rsidR="00852078" w:rsidRDefault="00852078" w:rsidP="006B7422">
      <w:pPr>
        <w:rPr>
          <w:rFonts w:ascii="Arial" w:hAnsi="Arial" w:cs="Arial"/>
          <w:b/>
          <w:bCs/>
          <w:sz w:val="28"/>
          <w:szCs w:val="28"/>
        </w:rPr>
      </w:pPr>
      <w:r w:rsidRPr="006D5449">
        <w:rPr>
          <w:rFonts w:ascii="Arial" w:hAnsi="Arial" w:cs="Arial"/>
          <w:b/>
          <w:bCs/>
          <w:sz w:val="28"/>
          <w:szCs w:val="28"/>
        </w:rPr>
        <w:t xml:space="preserve">5. </w:t>
      </w:r>
      <w:r>
        <w:rPr>
          <w:rFonts w:ascii="Arial" w:hAnsi="Arial" w:cs="Arial"/>
          <w:b/>
          <w:bCs/>
          <w:sz w:val="28"/>
          <w:szCs w:val="28"/>
        </w:rPr>
        <w:t>Authors</w:t>
      </w:r>
    </w:p>
    <w:p w14:paraId="1C6D14AC" w14:textId="1F6744F7" w:rsidR="006B7422" w:rsidRPr="002C6D7F" w:rsidRDefault="002C6D7F" w:rsidP="00852078">
      <w:pPr>
        <w:spacing w:after="0"/>
        <w:rPr>
          <w:rFonts w:ascii="Arial" w:hAnsi="Arial" w:cs="Arial"/>
          <w:b/>
          <w:bCs/>
          <w:highlight w:val="yellow"/>
        </w:rPr>
      </w:pPr>
      <w:r w:rsidRPr="002C6D7F">
        <w:rPr>
          <w:rFonts w:ascii="Arial" w:hAnsi="Arial" w:cs="Arial"/>
          <w:b/>
          <w:bCs/>
          <w:highlight w:val="yellow"/>
        </w:rPr>
        <w:t>Main author</w:t>
      </w:r>
      <w:r w:rsidR="00F60A68">
        <w:rPr>
          <w:rFonts w:ascii="Arial" w:hAnsi="Arial" w:cs="Arial"/>
          <w:b/>
          <w:bCs/>
          <w:highlight w:val="yellow"/>
        </w:rPr>
        <w:t xml:space="preserve"> </w:t>
      </w:r>
      <w:r w:rsidR="00F60A68" w:rsidRPr="00647A1C">
        <w:rPr>
          <w:rFonts w:ascii="Arial" w:hAnsi="Arial" w:cs="Arial"/>
        </w:rPr>
        <w:t>(Optional.</w:t>
      </w:r>
      <w:r w:rsidR="002F3A85">
        <w:rPr>
          <w:rFonts w:ascii="Arial" w:hAnsi="Arial" w:cs="Arial"/>
        </w:rPr>
        <w:t xml:space="preserve"> </w:t>
      </w:r>
      <w:r w:rsidR="00854895">
        <w:rPr>
          <w:rFonts w:ascii="Arial" w:hAnsi="Arial" w:cs="Arial"/>
        </w:rPr>
        <w:t>1 main author</w:t>
      </w:r>
      <w:r w:rsidR="00E73AC3">
        <w:rPr>
          <w:rFonts w:ascii="Arial" w:hAnsi="Arial" w:cs="Arial"/>
        </w:rPr>
        <w:t xml:space="preserve"> is recommended</w:t>
      </w:r>
      <w:r w:rsidR="00F60A68" w:rsidRPr="00647A1C">
        <w:rPr>
          <w:rFonts w:ascii="Arial" w:hAnsi="Arial" w:cs="Arial"/>
        </w:rPr>
        <w:t>)</w:t>
      </w:r>
    </w:p>
    <w:p w14:paraId="6C9CC2D3" w14:textId="340358E0" w:rsidR="00852078" w:rsidRDefault="00852078" w:rsidP="00852078">
      <w:pPr>
        <w:spacing w:after="0"/>
        <w:rPr>
          <w:rFonts w:ascii="Arial" w:hAnsi="Arial" w:cs="Arial"/>
        </w:rPr>
      </w:pPr>
      <w:r w:rsidRPr="000212D1">
        <w:rPr>
          <w:rFonts w:ascii="Arial" w:hAnsi="Arial" w:cs="Arial"/>
          <w:highlight w:val="yellow"/>
        </w:rPr>
        <w:t>[</w:t>
      </w:r>
      <w:proofErr w:type="spellStart"/>
      <w:r w:rsidR="00E710CC">
        <w:rPr>
          <w:rFonts w:ascii="Arial" w:hAnsi="Arial" w:cs="Arial"/>
          <w:highlight w:val="yellow"/>
        </w:rPr>
        <w:t>main_</w:t>
      </w:r>
      <w:r w:rsidR="00903BDF">
        <w:rPr>
          <w:rFonts w:ascii="Arial" w:hAnsi="Arial" w:cs="Arial"/>
          <w:highlight w:val="yellow"/>
        </w:rPr>
        <w:t>author</w:t>
      </w:r>
      <w:proofErr w:type="spellEnd"/>
      <w:r w:rsidRPr="000212D1">
        <w:rPr>
          <w:rFonts w:ascii="Arial" w:hAnsi="Arial" w:cs="Arial"/>
          <w:highlight w:val="yellow"/>
        </w:rPr>
        <w:t>]</w:t>
      </w:r>
      <w:r w:rsidRPr="00647A1C">
        <w:rPr>
          <w:rFonts w:ascii="Arial" w:hAnsi="Arial" w:cs="Arial"/>
        </w:rPr>
        <w:br/>
      </w:r>
    </w:p>
    <w:p w14:paraId="55EB678A" w14:textId="0B80302F" w:rsidR="001D7D8C" w:rsidRDefault="001D7D8C" w:rsidP="00852078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Enter main author’s name</w:t>
      </w:r>
      <w:r w:rsidR="009F75D3">
        <w:rPr>
          <w:rFonts w:ascii="Arial" w:hAnsi="Arial" w:cs="Arial"/>
        </w:rPr>
        <w:t xml:space="preserve"> here</w:t>
      </w:r>
    </w:p>
    <w:p w14:paraId="7C6142EE" w14:textId="60B7A0A0" w:rsidR="001D7D8C" w:rsidRDefault="001D7D8C" w:rsidP="00852078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Enter main author’s job title</w:t>
      </w:r>
      <w:r w:rsidR="009F75D3">
        <w:rPr>
          <w:rFonts w:ascii="Arial" w:hAnsi="Arial" w:cs="Arial"/>
        </w:rPr>
        <w:t xml:space="preserve"> here</w:t>
      </w:r>
    </w:p>
    <w:p w14:paraId="6AE3E843" w14:textId="77777777" w:rsidR="001D7D8C" w:rsidRDefault="001D7D8C" w:rsidP="00852078">
      <w:pPr>
        <w:spacing w:after="0"/>
        <w:rPr>
          <w:rFonts w:ascii="Arial" w:hAnsi="Arial" w:cs="Arial"/>
        </w:rPr>
      </w:pPr>
    </w:p>
    <w:p w14:paraId="222A7338" w14:textId="5063E188" w:rsidR="001D7D8C" w:rsidRDefault="001D7D8C" w:rsidP="00852078">
      <w:pPr>
        <w:spacing w:after="0"/>
        <w:rPr>
          <w:rFonts w:ascii="Arial" w:hAnsi="Arial" w:cs="Arial"/>
        </w:rPr>
      </w:pPr>
      <w:r w:rsidRPr="00125FC8">
        <w:rPr>
          <w:rFonts w:ascii="Arial" w:hAnsi="Arial" w:cs="Arial"/>
          <w:highlight w:val="yellow"/>
        </w:rPr>
        <w:t>[</w:t>
      </w:r>
      <w:proofErr w:type="spellStart"/>
      <w:r w:rsidR="00125FC8" w:rsidRPr="00125FC8">
        <w:rPr>
          <w:rFonts w:ascii="Arial" w:hAnsi="Arial" w:cs="Arial"/>
          <w:highlight w:val="yellow"/>
        </w:rPr>
        <w:t>contributing_authors</w:t>
      </w:r>
      <w:proofErr w:type="spellEnd"/>
      <w:r w:rsidR="00125FC8" w:rsidRPr="00125FC8">
        <w:rPr>
          <w:rFonts w:ascii="Arial" w:hAnsi="Arial" w:cs="Arial"/>
          <w:highlight w:val="yellow"/>
        </w:rPr>
        <w:t>]</w:t>
      </w:r>
    </w:p>
    <w:p w14:paraId="0AA1E9B3" w14:textId="77777777" w:rsidR="00125FC8" w:rsidRDefault="00125FC8" w:rsidP="00852078">
      <w:pPr>
        <w:spacing w:after="0"/>
        <w:rPr>
          <w:rFonts w:ascii="Arial" w:hAnsi="Arial" w:cs="Arial"/>
        </w:rPr>
      </w:pPr>
    </w:p>
    <w:p w14:paraId="1BA69363" w14:textId="08B356CC" w:rsidR="00E73AC3" w:rsidRDefault="00125FC8" w:rsidP="005D434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Enter contributing author 1</w:t>
      </w:r>
      <w:r w:rsidR="009F75D3">
        <w:rPr>
          <w:rFonts w:ascii="Arial" w:hAnsi="Arial" w:cs="Arial"/>
        </w:rPr>
        <w:t>’s name</w:t>
      </w:r>
      <w:r>
        <w:rPr>
          <w:rFonts w:ascii="Arial" w:hAnsi="Arial" w:cs="Arial"/>
        </w:rPr>
        <w:t xml:space="preserve"> </w:t>
      </w:r>
      <w:r w:rsidR="009F75D3">
        <w:rPr>
          <w:rFonts w:ascii="Arial" w:hAnsi="Arial" w:cs="Arial"/>
        </w:rPr>
        <w:t>here</w:t>
      </w:r>
    </w:p>
    <w:p w14:paraId="4B8A98A1" w14:textId="3EFD2BBA" w:rsidR="009F75D3" w:rsidRDefault="009F75D3" w:rsidP="009F75D3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Enter contributing author 1</w:t>
      </w:r>
      <w:r>
        <w:rPr>
          <w:rFonts w:ascii="Arial" w:hAnsi="Arial" w:cs="Arial"/>
        </w:rPr>
        <w:t>’s job title here</w:t>
      </w:r>
    </w:p>
    <w:p w14:paraId="561DAD34" w14:textId="77777777" w:rsidR="009F75D3" w:rsidRDefault="009F75D3" w:rsidP="005D4345">
      <w:pPr>
        <w:spacing w:after="0"/>
        <w:rPr>
          <w:rFonts w:ascii="Arial" w:hAnsi="Arial" w:cs="Arial"/>
        </w:rPr>
      </w:pPr>
    </w:p>
    <w:p w14:paraId="51514DED" w14:textId="21788FAD" w:rsidR="00D5355F" w:rsidRDefault="00E462EC" w:rsidP="00E462EC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6</w:t>
      </w:r>
      <w:r w:rsidR="00000000" w:rsidRPr="006D5449">
        <w:rPr>
          <w:rFonts w:ascii="Arial" w:hAnsi="Arial" w:cs="Arial"/>
          <w:b/>
          <w:bCs/>
          <w:sz w:val="28"/>
          <w:szCs w:val="28"/>
        </w:rPr>
        <w:t xml:space="preserve">. Related </w:t>
      </w:r>
      <w:r>
        <w:rPr>
          <w:rFonts w:ascii="Arial" w:hAnsi="Arial" w:cs="Arial"/>
          <w:b/>
          <w:bCs/>
          <w:sz w:val="28"/>
          <w:szCs w:val="28"/>
        </w:rPr>
        <w:t>Materials</w:t>
      </w:r>
    </w:p>
    <w:p w14:paraId="32DC921F" w14:textId="5874FF15" w:rsidR="00E462EC" w:rsidRPr="00BD5BE4" w:rsidRDefault="00E462EC" w:rsidP="005D4345">
      <w:pPr>
        <w:spacing w:after="0"/>
        <w:rPr>
          <w:rFonts w:ascii="Arial" w:hAnsi="Arial" w:cs="Arial"/>
          <w:b/>
          <w:bCs/>
          <w:highlight w:val="yellow"/>
        </w:rPr>
      </w:pPr>
      <w:r w:rsidRPr="00BD5BE4">
        <w:rPr>
          <w:rFonts w:ascii="Arial" w:hAnsi="Arial" w:cs="Arial"/>
          <w:b/>
          <w:bCs/>
          <w:highlight w:val="yellow"/>
        </w:rPr>
        <w:t>Related content</w:t>
      </w:r>
      <w:r w:rsidR="00BD5BE4" w:rsidRPr="00BD5BE4">
        <w:rPr>
          <w:rFonts w:ascii="Arial" w:hAnsi="Arial" w:cs="Arial"/>
          <w:b/>
          <w:bCs/>
          <w:highlight w:val="yellow"/>
        </w:rPr>
        <w:t>*</w:t>
      </w:r>
      <w:r w:rsidR="00BD5BE4" w:rsidRPr="00D96EBC">
        <w:rPr>
          <w:rFonts w:ascii="Arial" w:hAnsi="Arial" w:cs="Arial"/>
        </w:rPr>
        <w:t xml:space="preserve"> (</w:t>
      </w:r>
      <w:r w:rsidR="00D96EBC" w:rsidRPr="00D96EBC">
        <w:rPr>
          <w:rFonts w:ascii="Arial" w:hAnsi="Arial" w:cs="Arial"/>
        </w:rPr>
        <w:t xml:space="preserve">Required. </w:t>
      </w:r>
      <w:r w:rsidR="00D96EBC">
        <w:rPr>
          <w:rFonts w:ascii="Arial" w:hAnsi="Arial" w:cs="Arial"/>
        </w:rPr>
        <w:t>Recommended</w:t>
      </w:r>
      <w:r w:rsidR="004161C6">
        <w:rPr>
          <w:rFonts w:ascii="Arial" w:hAnsi="Arial" w:cs="Arial"/>
        </w:rPr>
        <w:t xml:space="preserve"> 3-5 items)</w:t>
      </w:r>
    </w:p>
    <w:p w14:paraId="76495CC2" w14:textId="77787A8E" w:rsidR="00E462EC" w:rsidRDefault="00E462EC" w:rsidP="005D4345">
      <w:pPr>
        <w:spacing w:after="0"/>
        <w:rPr>
          <w:rFonts w:ascii="Arial" w:hAnsi="Arial" w:cs="Arial"/>
        </w:rPr>
      </w:pPr>
      <w:r w:rsidRPr="00BD5BE4">
        <w:rPr>
          <w:rFonts w:ascii="Arial" w:hAnsi="Arial" w:cs="Arial"/>
          <w:highlight w:val="yellow"/>
        </w:rPr>
        <w:t>[</w:t>
      </w:r>
      <w:proofErr w:type="spellStart"/>
      <w:r w:rsidRPr="00BD5BE4">
        <w:rPr>
          <w:rFonts w:ascii="Arial" w:hAnsi="Arial" w:cs="Arial"/>
          <w:highlight w:val="yellow"/>
        </w:rPr>
        <w:t>related_content</w:t>
      </w:r>
      <w:proofErr w:type="spellEnd"/>
      <w:r w:rsidRPr="00BD5BE4">
        <w:rPr>
          <w:rFonts w:ascii="Arial" w:hAnsi="Arial" w:cs="Arial"/>
          <w:highlight w:val="yellow"/>
        </w:rPr>
        <w:t>]</w:t>
      </w:r>
      <w:r w:rsidRPr="00647A1C">
        <w:rPr>
          <w:rFonts w:ascii="Arial" w:hAnsi="Arial" w:cs="Arial"/>
        </w:rPr>
        <w:br/>
      </w:r>
    </w:p>
    <w:p w14:paraId="7F7BC39A" w14:textId="292CB305" w:rsidR="006D5449" w:rsidRPr="006D5449" w:rsidRDefault="00E462EC" w:rsidP="005D4345">
      <w:pPr>
        <w:spacing w:after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</w:rPr>
        <w:t>Enter related content 1 title here</w:t>
      </w:r>
    </w:p>
    <w:p w14:paraId="37276506" w14:textId="4D2E5737" w:rsidR="004E273F" w:rsidRDefault="004E273F" w:rsidP="004E273F">
      <w:pPr>
        <w:rPr>
          <w:rFonts w:ascii="Arial" w:hAnsi="Arial" w:cs="Arial"/>
        </w:rPr>
      </w:pPr>
      <w:r>
        <w:rPr>
          <w:rFonts w:ascii="Arial" w:hAnsi="Arial" w:cs="Arial"/>
        </w:rPr>
        <w:t>Enter related content 1 URL</w:t>
      </w:r>
    </w:p>
    <w:p w14:paraId="1BC55A4A" w14:textId="49AF4D0D" w:rsidR="004161C6" w:rsidRPr="006D5449" w:rsidRDefault="004161C6" w:rsidP="004161C6">
      <w:pPr>
        <w:spacing w:after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</w:rPr>
        <w:t xml:space="preserve">Enter related content </w:t>
      </w:r>
      <w:r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title here</w:t>
      </w:r>
    </w:p>
    <w:p w14:paraId="025F4421" w14:textId="5A4A025D" w:rsidR="004161C6" w:rsidRPr="00647A1C" w:rsidRDefault="004161C6" w:rsidP="004161C6">
      <w:pPr>
        <w:rPr>
          <w:rFonts w:ascii="Arial" w:hAnsi="Arial" w:cs="Arial"/>
        </w:rPr>
      </w:pPr>
      <w:r>
        <w:rPr>
          <w:rFonts w:ascii="Arial" w:hAnsi="Arial" w:cs="Arial"/>
        </w:rPr>
        <w:t xml:space="preserve">Enter related content </w:t>
      </w:r>
      <w:r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URL</w:t>
      </w:r>
    </w:p>
    <w:p w14:paraId="20B09BA1" w14:textId="3FD83FC7" w:rsidR="004161C6" w:rsidRPr="006D5449" w:rsidRDefault="004161C6" w:rsidP="004161C6">
      <w:pPr>
        <w:spacing w:after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</w:rPr>
        <w:t xml:space="preserve">Enter related content </w:t>
      </w:r>
      <w:r w:rsidR="004F534C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title here</w:t>
      </w:r>
    </w:p>
    <w:p w14:paraId="324F2596" w14:textId="157E3303" w:rsidR="004161C6" w:rsidRPr="00647A1C" w:rsidRDefault="004161C6" w:rsidP="004161C6">
      <w:pPr>
        <w:rPr>
          <w:rFonts w:ascii="Arial" w:hAnsi="Arial" w:cs="Arial"/>
        </w:rPr>
      </w:pPr>
      <w:r>
        <w:rPr>
          <w:rFonts w:ascii="Arial" w:hAnsi="Arial" w:cs="Arial"/>
        </w:rPr>
        <w:t xml:space="preserve">Enter related content </w:t>
      </w:r>
      <w:r w:rsidR="004F534C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URL</w:t>
      </w:r>
    </w:p>
    <w:p w14:paraId="37ACC2C2" w14:textId="6CDE074D" w:rsidR="00D5355F" w:rsidRPr="00647A1C" w:rsidRDefault="00D5355F" w:rsidP="00503239">
      <w:pPr>
        <w:spacing w:line="240" w:lineRule="auto"/>
        <w:rPr>
          <w:rFonts w:ascii="Arial" w:hAnsi="Arial" w:cs="Arial"/>
        </w:rPr>
      </w:pPr>
    </w:p>
    <w:sectPr w:rsidR="00D5355F" w:rsidRPr="00647A1C" w:rsidSect="001D4E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13E2C41"/>
    <w:multiLevelType w:val="hybridMultilevel"/>
    <w:tmpl w:val="D84C72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83435684">
    <w:abstractNumId w:val="8"/>
  </w:num>
  <w:num w:numId="2" w16cid:durableId="1117528877">
    <w:abstractNumId w:val="6"/>
  </w:num>
  <w:num w:numId="3" w16cid:durableId="674307737">
    <w:abstractNumId w:val="5"/>
  </w:num>
  <w:num w:numId="4" w16cid:durableId="129901970">
    <w:abstractNumId w:val="4"/>
  </w:num>
  <w:num w:numId="5" w16cid:durableId="1734696365">
    <w:abstractNumId w:val="7"/>
  </w:num>
  <w:num w:numId="6" w16cid:durableId="1339890389">
    <w:abstractNumId w:val="3"/>
  </w:num>
  <w:num w:numId="7" w16cid:durableId="518081418">
    <w:abstractNumId w:val="2"/>
  </w:num>
  <w:num w:numId="8" w16cid:durableId="1271663718">
    <w:abstractNumId w:val="1"/>
  </w:num>
  <w:num w:numId="9" w16cid:durableId="291986524">
    <w:abstractNumId w:val="0"/>
  </w:num>
  <w:num w:numId="10" w16cid:durableId="142279817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03E"/>
    <w:rsid w:val="00006BF8"/>
    <w:rsid w:val="000078D5"/>
    <w:rsid w:val="000212D1"/>
    <w:rsid w:val="00034616"/>
    <w:rsid w:val="00047477"/>
    <w:rsid w:val="00052CF4"/>
    <w:rsid w:val="0006063C"/>
    <w:rsid w:val="000A1F8F"/>
    <w:rsid w:val="000C4381"/>
    <w:rsid w:val="000D4ABC"/>
    <w:rsid w:val="00120789"/>
    <w:rsid w:val="00125FC8"/>
    <w:rsid w:val="0015074B"/>
    <w:rsid w:val="001658CE"/>
    <w:rsid w:val="001929E3"/>
    <w:rsid w:val="001D4EAA"/>
    <w:rsid w:val="001D7D8C"/>
    <w:rsid w:val="00221ED0"/>
    <w:rsid w:val="00291C56"/>
    <w:rsid w:val="0029639D"/>
    <w:rsid w:val="002A2495"/>
    <w:rsid w:val="002C0EC5"/>
    <w:rsid w:val="002C5337"/>
    <w:rsid w:val="002C6D7F"/>
    <w:rsid w:val="002D015B"/>
    <w:rsid w:val="002D64F5"/>
    <w:rsid w:val="002E2D4C"/>
    <w:rsid w:val="002F3A85"/>
    <w:rsid w:val="00301E8F"/>
    <w:rsid w:val="003143D8"/>
    <w:rsid w:val="003242C5"/>
    <w:rsid w:val="003256CB"/>
    <w:rsid w:val="00326F90"/>
    <w:rsid w:val="0034024D"/>
    <w:rsid w:val="00353E39"/>
    <w:rsid w:val="00384C3B"/>
    <w:rsid w:val="003A30DB"/>
    <w:rsid w:val="003C41BF"/>
    <w:rsid w:val="003D4924"/>
    <w:rsid w:val="003E5DBB"/>
    <w:rsid w:val="003F2217"/>
    <w:rsid w:val="00404788"/>
    <w:rsid w:val="004160B9"/>
    <w:rsid w:val="004161C6"/>
    <w:rsid w:val="00420482"/>
    <w:rsid w:val="004636C4"/>
    <w:rsid w:val="00476863"/>
    <w:rsid w:val="004A015D"/>
    <w:rsid w:val="004A5F0E"/>
    <w:rsid w:val="004C7A68"/>
    <w:rsid w:val="004E273F"/>
    <w:rsid w:val="004F534C"/>
    <w:rsid w:val="004F7EDC"/>
    <w:rsid w:val="00503239"/>
    <w:rsid w:val="00504071"/>
    <w:rsid w:val="00514FD4"/>
    <w:rsid w:val="00527269"/>
    <w:rsid w:val="0058599B"/>
    <w:rsid w:val="005A05A4"/>
    <w:rsid w:val="005B4F6D"/>
    <w:rsid w:val="005D4345"/>
    <w:rsid w:val="005D5A9D"/>
    <w:rsid w:val="005E28E6"/>
    <w:rsid w:val="005F351E"/>
    <w:rsid w:val="00604325"/>
    <w:rsid w:val="006121EA"/>
    <w:rsid w:val="00615C6B"/>
    <w:rsid w:val="00621B2F"/>
    <w:rsid w:val="00621FFD"/>
    <w:rsid w:val="00637444"/>
    <w:rsid w:val="0064213C"/>
    <w:rsid w:val="00647A1C"/>
    <w:rsid w:val="006676D9"/>
    <w:rsid w:val="0067323D"/>
    <w:rsid w:val="00684B50"/>
    <w:rsid w:val="006A2306"/>
    <w:rsid w:val="006B7422"/>
    <w:rsid w:val="006D5449"/>
    <w:rsid w:val="006D6E4D"/>
    <w:rsid w:val="00712791"/>
    <w:rsid w:val="007360F5"/>
    <w:rsid w:val="007368C9"/>
    <w:rsid w:val="00740DB2"/>
    <w:rsid w:val="0074298F"/>
    <w:rsid w:val="00750F2C"/>
    <w:rsid w:val="00766337"/>
    <w:rsid w:val="007861EC"/>
    <w:rsid w:val="0079330E"/>
    <w:rsid w:val="007A5CF1"/>
    <w:rsid w:val="008370E4"/>
    <w:rsid w:val="00852078"/>
    <w:rsid w:val="00854895"/>
    <w:rsid w:val="00862A3F"/>
    <w:rsid w:val="008C45DB"/>
    <w:rsid w:val="008F1883"/>
    <w:rsid w:val="00901F63"/>
    <w:rsid w:val="00903BDF"/>
    <w:rsid w:val="009342E4"/>
    <w:rsid w:val="009925BF"/>
    <w:rsid w:val="009A2EDA"/>
    <w:rsid w:val="009D0694"/>
    <w:rsid w:val="009D547C"/>
    <w:rsid w:val="009E2208"/>
    <w:rsid w:val="009F51CD"/>
    <w:rsid w:val="009F75D3"/>
    <w:rsid w:val="00A05302"/>
    <w:rsid w:val="00A15702"/>
    <w:rsid w:val="00A314A0"/>
    <w:rsid w:val="00A32795"/>
    <w:rsid w:val="00A70FDA"/>
    <w:rsid w:val="00A91FFB"/>
    <w:rsid w:val="00AA1D8D"/>
    <w:rsid w:val="00AB3885"/>
    <w:rsid w:val="00B10389"/>
    <w:rsid w:val="00B15EE3"/>
    <w:rsid w:val="00B26AC7"/>
    <w:rsid w:val="00B417EC"/>
    <w:rsid w:val="00B47730"/>
    <w:rsid w:val="00B57692"/>
    <w:rsid w:val="00B62DA3"/>
    <w:rsid w:val="00B751F8"/>
    <w:rsid w:val="00B940A3"/>
    <w:rsid w:val="00B9412B"/>
    <w:rsid w:val="00BA3EB9"/>
    <w:rsid w:val="00BB376B"/>
    <w:rsid w:val="00BD5BE4"/>
    <w:rsid w:val="00BD680D"/>
    <w:rsid w:val="00BE2295"/>
    <w:rsid w:val="00C070B2"/>
    <w:rsid w:val="00C148A6"/>
    <w:rsid w:val="00C15789"/>
    <w:rsid w:val="00C32E68"/>
    <w:rsid w:val="00C67F72"/>
    <w:rsid w:val="00C72244"/>
    <w:rsid w:val="00C83029"/>
    <w:rsid w:val="00C92382"/>
    <w:rsid w:val="00C93F5A"/>
    <w:rsid w:val="00CB0664"/>
    <w:rsid w:val="00CC5AC7"/>
    <w:rsid w:val="00CC78F8"/>
    <w:rsid w:val="00CE3558"/>
    <w:rsid w:val="00D03688"/>
    <w:rsid w:val="00D10F86"/>
    <w:rsid w:val="00D41CEF"/>
    <w:rsid w:val="00D5355F"/>
    <w:rsid w:val="00D61CA2"/>
    <w:rsid w:val="00D6364D"/>
    <w:rsid w:val="00D96EBC"/>
    <w:rsid w:val="00DC7D89"/>
    <w:rsid w:val="00DD6B25"/>
    <w:rsid w:val="00DE3170"/>
    <w:rsid w:val="00DF3A18"/>
    <w:rsid w:val="00E07A74"/>
    <w:rsid w:val="00E462EC"/>
    <w:rsid w:val="00E70425"/>
    <w:rsid w:val="00E710CC"/>
    <w:rsid w:val="00E73AC3"/>
    <w:rsid w:val="00E80D77"/>
    <w:rsid w:val="00E86900"/>
    <w:rsid w:val="00E9276F"/>
    <w:rsid w:val="00E942A6"/>
    <w:rsid w:val="00EA1C28"/>
    <w:rsid w:val="00EC4DD7"/>
    <w:rsid w:val="00F13037"/>
    <w:rsid w:val="00F2174C"/>
    <w:rsid w:val="00F26C8F"/>
    <w:rsid w:val="00F60A68"/>
    <w:rsid w:val="00F81901"/>
    <w:rsid w:val="00FB5D63"/>
    <w:rsid w:val="00FC693F"/>
    <w:rsid w:val="00FC784D"/>
    <w:rsid w:val="00FC798D"/>
    <w:rsid w:val="00FC7A52"/>
    <w:rsid w:val="00FF6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86F2EC"/>
  <w14:defaultImageDpi w14:val="300"/>
  <w15:docId w15:val="{4337386C-AAF1-4F03-BA05-D0AA10AAB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1105</TotalTime>
  <Pages>4</Pages>
  <Words>509</Words>
  <Characters>3458</Characters>
  <Application>Microsoft Office Word</Application>
  <DocSecurity>0</DocSecurity>
  <Lines>266</Lines>
  <Paragraphs>188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Man Tran</cp:lastModifiedBy>
  <cp:revision>167</cp:revision>
  <dcterms:created xsi:type="dcterms:W3CDTF">2026-06-17T05:06:00Z</dcterms:created>
  <dcterms:modified xsi:type="dcterms:W3CDTF">2026-06-17T23:34:00Z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043f10a-881e-4653-a55e-02ca2cc829dc_Enabled">
    <vt:lpwstr>true</vt:lpwstr>
  </property>
  <property fmtid="{D5CDD505-2E9C-101B-9397-08002B2CF9AE}" pid="3" name="MSIP_Label_9043f10a-881e-4653-a55e-02ca2cc829dc_SetDate">
    <vt:lpwstr>2026-06-17T05:02:18Z</vt:lpwstr>
  </property>
  <property fmtid="{D5CDD505-2E9C-101B-9397-08002B2CF9AE}" pid="4" name="MSIP_Label_9043f10a-881e-4653-a55e-02ca2cc829dc_Method">
    <vt:lpwstr>Standard</vt:lpwstr>
  </property>
  <property fmtid="{D5CDD505-2E9C-101B-9397-08002B2CF9AE}" pid="5" name="MSIP_Label_9043f10a-881e-4653-a55e-02ca2cc829dc_Name">
    <vt:lpwstr>ADC_class_200</vt:lpwstr>
  </property>
  <property fmtid="{D5CDD505-2E9C-101B-9397-08002B2CF9AE}" pid="6" name="MSIP_Label_9043f10a-881e-4653-a55e-02ca2cc829dc_SiteId">
    <vt:lpwstr>94cfddbc-0627-494a-ad7a-29aea3aea832</vt:lpwstr>
  </property>
  <property fmtid="{D5CDD505-2E9C-101B-9397-08002B2CF9AE}" pid="7" name="MSIP_Label_9043f10a-881e-4653-a55e-02ca2cc829dc_ActionId">
    <vt:lpwstr>d1b5b45f-8408-4408-b12b-d67bac915f94</vt:lpwstr>
  </property>
  <property fmtid="{D5CDD505-2E9C-101B-9397-08002B2CF9AE}" pid="8" name="MSIP_Label_9043f10a-881e-4653-a55e-02ca2cc829dc_ContentBits">
    <vt:lpwstr>0</vt:lpwstr>
  </property>
</Properties>
</file>